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122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560"/>
        <w:gridCol w:w="5400"/>
        <w:gridCol w:w="320"/>
        <w:gridCol w:w="3060"/>
        <w:gridCol w:w="1566"/>
      </w:tblGrid>
      <w:tr>
        <w:trPr>
          <w:trHeight w:val="510" w:hRule="atLeast"/>
        </w:trPr>
        <w:tc>
          <w:tcPr>
            <w:tcW w:type="dxa" w:w="1560"/>
            <w:vAlign w:val="top"/>
          </w:tcPr>
          <w:p>
            <w:pPr>
              <w:spacing w:line="20" w:lineRule="exact" w:after="0"/>
            </w:pPr>
          </w:p>
        </w:tc>
        <w:tc>
          <w:tcPr>
            <w:tcW w:type="dxa" w:w="5400"/>
            <w:vAlign w:val="top"/>
            <w:tcMar>
              <w:top w:w="45" w:type="dxa"/>
              <w:left w:w="45" w:type="dxa"/>
              <w:bottom w:w="45" w:type="dxa"/>
              <w:right w:w="45" w:type="dxa"/>
            </w:tcMar>
          </w:tcPr>
          <w:p>
            <w:pPr>
              <w:spacing w:line="260" w:lineRule="exact" w:after="0" w:before="0"/>
            </w:pPr>
            <w:sdt>
              <w:sdtPr>
                <w:alias w:val="Name or initials"/>
                <w:tag w:val="reg_name"/>
                <w:id w:val="4000"/>
                <w:text w:multiLine="1"/>
                <w:showingPlcHdr/>
              </w:sdtPr>
              <w:sdtContent>
                <w:r>
                  <w:rPr>
                    <w:rFonts w:ascii="DejaVu Sans" w:hAnsi="DejaVu Sans"/>
                    <w:color w:val="677779"/>
                    <w:sz w:val="20"/>
                  </w:rPr>
                  <w:t>Type here</w:t>
                </w:r>
              </w:sdtContent>
            </w:sdt>
          </w:p>
        </w:tc>
        <w:tc>
          <w:tcPr>
            <w:tcW w:type="dxa" w:w="320"/>
            <w:vAlign w:val="top"/>
          </w:tcPr>
          <w:p>
            <w:pPr>
              <w:spacing w:line="20" w:lineRule="exact" w:after="0"/>
            </w:pPr>
          </w:p>
        </w:tc>
        <w:tc>
          <w:tcPr>
            <w:tcW w:type="dxa" w:w="3060"/>
            <w:vAlign w:val="top"/>
            <w:tcMar>
              <w:top w:w="45" w:type="dxa"/>
              <w:left w:w="45" w:type="dxa"/>
              <w:bottom w:w="45" w:type="dxa"/>
              <w:right w:w="45" w:type="dxa"/>
            </w:tcMar>
          </w:tcPr>
          <w:p>
            <w:pPr>
              <w:spacing w:line="260" w:lineRule="exact" w:after="0" w:before="0"/>
            </w:pPr>
            <w:sdt>
              <w:sdtPr>
                <w:alias w:val="Date started"/>
                <w:tag w:val="reg_date"/>
                <w:id w:val="4001"/>
                <w:text w:multiLine="1"/>
                <w:showingPlcHdr/>
              </w:sdtPr>
              <w:sdtContent>
                <w:r>
                  <w:rPr>
                    <w:rFonts w:ascii="DejaVu Sans" w:hAnsi="DejaVu Sans"/>
                    <w:color w:val="677779"/>
                    <w:sz w:val="20"/>
                  </w:rPr>
                  <w:t>Type here</w:t>
                </w:r>
              </w:sdtContent>
            </w:sdt>
          </w:p>
        </w:tc>
        <w:tc>
          <w:tcPr>
            <w:tcW w:type="dxa" w:w="1566"/>
            <w:vAlign w:val="top"/>
          </w:tcPr>
          <w:p>
            <w:pPr>
              <w:spacing w:line="20" w:lineRule="exact" w:after="0"/>
            </w:pPr>
          </w:p>
        </w:tc>
      </w:tr>
    </w:tbl>
    <w:p>
      <w:pPr>
        <w:spacing w:line="20" w:lineRule="exact" w:after="0" w:before="0"/>
      </w:pPr>
    </w:p>
    <w:p>
      <w:pPr>
        <w:spacing w:line="20" w:lineRule="exact" w:after="0" w:before="0"/>
        <w:sectPr>
          <w:headerReference w:type="default" r:id="rId9"/>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spacing w:line="20" w:lineRule="exact" w:after="0" w:before="0"/>
        <w:sectPr>
          <w:headerReference w:type="default" r:id="rId10"/>
          <w:pgSz w:w="11906" w:h="16838"/>
          <w:pgMar w:top="0" w:right="0" w:bottom="0" w:left="0" w:header="0" w:footer="0" w:gutter="0"/>
          <w:cols w:space="720"/>
          <w:docGrid w:linePitch="360"/>
        </w:sectPr>
      </w:pPr>
    </w:p>
    <w:p>
      <w:pPr>
        <w:spacing w:before="0" w:after="0" w:line="1496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4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am I noticing in myself now"/>
                <w:tag w:val="reg_state"/>
                <w:id w:val="400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1"/>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spacing w:line="20" w:lineRule="exact" w:after="0" w:before="0"/>
        <w:sectPr>
          <w:headerReference w:type="default" r:id="rId12"/>
          <w:pgSz w:w="11906" w:h="16838"/>
          <w:pgMar w:top="0" w:right="0" w:bottom="0" w:left="0" w:header="0" w:footer="0" w:gutter="0"/>
          <w:cols w:space="720"/>
          <w:docGrid w:linePitch="360"/>
        </w:sectPr>
      </w:pPr>
    </w:p>
    <w:p>
      <w:pPr>
        <w:spacing w:before="0" w:after="0" w:line="142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8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breathing practice that feels manageable"/>
                <w:tag w:val="reg_breath"/>
                <w:id w:val="4003"/>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3"/>
          <w:pgSz w:w="11906" w:h="16838"/>
          <w:pgMar w:top="0" w:right="0" w:bottom="0" w:left="0" w:header="0" w:footer="0" w:gutter="0"/>
          <w:cols w:space="720"/>
          <w:docGrid w:linePitch="360"/>
        </w:sectPr>
      </w:pPr>
    </w:p>
    <w:p>
      <w:pPr>
        <w:spacing w:before="0" w:after="0" w:line="1394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11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grounding tool I want to practise"/>
                <w:tag w:val="reg_ground"/>
                <w:id w:val="4004"/>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4"/>
          <w:pgSz w:w="11906" w:h="16838"/>
          <w:pgMar w:top="0" w:right="0" w:bottom="0" w:left="0" w:header="0" w:footer="0" w:gutter="0"/>
          <w:cols w:space="720"/>
          <w:docGrid w:linePitch="360"/>
        </w:sectPr>
      </w:pPr>
    </w:p>
    <w:p>
      <w:pPr>
        <w:spacing w:before="0" w:after="0" w:line="146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61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What I noticed and what I need next"/>
                <w:tag w:val="reg_ear"/>
                <w:id w:val="4005"/>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5"/>
          <w:pgSz w:w="11906" w:h="16838"/>
          <w:pgMar w:top="0" w:right="0" w:bottom="0" w:left="0" w:header="0" w:footer="0" w:gutter="0"/>
          <w:cols w:space="720"/>
          <w:docGrid w:linePitch="360"/>
        </w:sectPr>
      </w:pPr>
    </w:p>
    <w:p>
      <w:pPr>
        <w:spacing w:before="0" w:after="0" w:line="144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after="0"/>
            </w:pPr>
          </w:p>
        </w:tc>
        <w:tc>
          <w:tcPr>
            <w:tcW w:type="dxa" w:w="9066"/>
            <w:vAlign w:val="top"/>
            <w:tcMar>
              <w:top w:w="45" w:type="dxa"/>
              <w:left w:w="45" w:type="dxa"/>
              <w:bottom w:w="45" w:type="dxa"/>
              <w:right w:w="45" w:type="dxa"/>
            </w:tcMar>
          </w:tcPr>
          <w:p>
            <w:pPr>
              <w:spacing w:line="260" w:lineRule="exact" w:after="0" w:before="0"/>
            </w:pPr>
            <w:sdt>
              <w:sdtPr>
                <w:alias w:val="The recovery phrase I want to use"/>
                <w:tag w:val="reg_phrase"/>
                <w:id w:val="4006"/>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6"/>
          <w:pgSz w:w="11906" w:h="16838"/>
          <w:pgMar w:top="0" w:right="0" w:bottom="0" w:left="0" w:header="0" w:footer="0" w:gutter="0"/>
          <w:cols w:space="720"/>
          <w:docGrid w:linePitch="360"/>
        </w:sectPr>
      </w:pPr>
    </w:p>
    <w:p>
      <w:pPr>
        <w:spacing w:before="0" w:after="0" w:line="526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33"/>
        <w:gridCol w:w="1000"/>
        <w:gridCol w:w="4033"/>
        <w:gridCol w:w="1420"/>
      </w:tblGrid>
      <w:tr>
        <w:trPr>
          <w:trHeight w:val="1130" w:hRule="atLeast"/>
        </w:trPr>
        <w:tc>
          <w:tcPr>
            <w:tcW w:type="dxa" w:w="142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My early signs"/>
                <w:tag w:val="reg_plan_signs"/>
                <w:id w:val="4007"/>
                <w:text w:multiLine="1"/>
                <w:showingPlcHdr/>
              </w:sdtPr>
              <w:sdtContent>
                <w:r>
                  <w:rPr>
                    <w:rFonts w:ascii="DejaVu Sans" w:hAnsi="DejaVu Sans"/>
                    <w:color w:val="677779"/>
                    <w:sz w:val="20"/>
                  </w:rPr>
                  <w:t>Type here</w:t>
                </w:r>
              </w:sdtContent>
            </w:sdt>
          </w:p>
        </w:tc>
        <w:tc>
          <w:tcPr>
            <w:tcW w:type="dxa" w:w="100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The tools that help me"/>
                <w:tag w:val="reg_plan_tools"/>
                <w:id w:val="4008"/>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21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33"/>
        <w:gridCol w:w="1000"/>
        <w:gridCol w:w="4033"/>
        <w:gridCol w:w="1420"/>
      </w:tblGrid>
      <w:tr>
        <w:trPr>
          <w:trHeight w:val="1130" w:hRule="atLeast"/>
        </w:trPr>
        <w:tc>
          <w:tcPr>
            <w:tcW w:type="dxa" w:w="142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The story my mind offers"/>
                <w:tag w:val="reg_plan_story"/>
                <w:id w:val="4009"/>
                <w:text w:multiLine="1"/>
                <w:showingPlcHdr/>
              </w:sdtPr>
              <w:sdtContent>
                <w:r>
                  <w:rPr>
                    <w:rFonts w:ascii="DejaVu Sans" w:hAnsi="DejaVu Sans"/>
                    <w:color w:val="677779"/>
                    <w:sz w:val="20"/>
                  </w:rPr>
                  <w:t>Type here</w:t>
                </w:r>
              </w:sdtContent>
            </w:sdt>
          </w:p>
        </w:tc>
        <w:tc>
          <w:tcPr>
            <w:tcW w:type="dxa" w:w="100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My recovery phrase"/>
                <w:tag w:val="reg_plan_phrase"/>
                <w:id w:val="4010"/>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before="0" w:after="0" w:line="218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CellSpacing w:w="0" w:type="dxa"/>
        <w:tblBorders>
          <w:top w:val="nil"/>
          <w:left w:val="nil"/>
          <w:bottom w:val="nil"/>
          <w:right w:val="nil"/>
          <w:insideH w:val="nil"/>
          <w:insideV w:val="nil"/>
        </w:tblBorders>
      </w:tblPr>
      <w:tblGrid>
        <w:gridCol w:w="1420"/>
        <w:gridCol w:w="4033"/>
        <w:gridCol w:w="1000"/>
        <w:gridCol w:w="4033"/>
        <w:gridCol w:w="1420"/>
      </w:tblGrid>
      <w:tr>
        <w:trPr>
          <w:trHeight w:val="1130" w:hRule="atLeast"/>
        </w:trPr>
        <w:tc>
          <w:tcPr>
            <w:tcW w:type="dxa" w:w="142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The support I can contact"/>
                <w:tag w:val="reg_plan_support"/>
                <w:id w:val="4011"/>
                <w:text w:multiLine="1"/>
                <w:showingPlcHdr/>
              </w:sdtPr>
              <w:sdtContent>
                <w:r>
                  <w:rPr>
                    <w:rFonts w:ascii="DejaVu Sans" w:hAnsi="DejaVu Sans"/>
                    <w:color w:val="677779"/>
                    <w:sz w:val="20"/>
                  </w:rPr>
                  <w:t>Type here</w:t>
                </w:r>
              </w:sdtContent>
            </w:sdt>
          </w:p>
        </w:tc>
        <w:tc>
          <w:tcPr>
            <w:tcW w:type="dxa" w:w="1000"/>
            <w:vAlign w:val="top"/>
          </w:tcPr>
          <w:p>
            <w:pPr>
              <w:spacing w:line="20" w:lineRule="exact" w:after="0"/>
            </w:pPr>
          </w:p>
        </w:tc>
        <w:tc>
          <w:tcPr>
            <w:tcW w:type="dxa" w:w="4033"/>
            <w:vAlign w:val="top"/>
            <w:tcMar>
              <w:top w:w="45" w:type="dxa"/>
              <w:left w:w="45" w:type="dxa"/>
              <w:bottom w:w="45" w:type="dxa"/>
              <w:right w:w="45" w:type="dxa"/>
            </w:tcMar>
          </w:tcPr>
          <w:p>
            <w:pPr>
              <w:spacing w:line="260" w:lineRule="exact" w:after="0" w:before="0"/>
            </w:pPr>
            <w:sdt>
              <w:sdtPr>
                <w:alias w:val="My next honest action"/>
                <w:tag w:val="reg_plan_action"/>
                <w:id w:val="4012"/>
                <w:text w:multiLine="1"/>
                <w:showingPlcHdr/>
              </w:sdtPr>
              <w:sdtContent>
                <w:r>
                  <w:rPr>
                    <w:rFonts w:ascii="DejaVu Sans" w:hAnsi="DejaVu Sans"/>
                    <w:color w:val="677779"/>
                    <w:sz w:val="20"/>
                  </w:rPr>
                  <w:t>Type here</w:t>
                </w:r>
              </w:sdtContent>
            </w:sdt>
          </w:p>
        </w:tc>
        <w:tc>
          <w:tcPr>
            <w:tcW w:type="dxa" w:w="1420"/>
            <w:vAlign w:val="top"/>
          </w:tcPr>
          <w:p>
            <w:pPr>
              <w:spacing w:line="20" w:lineRule="exact" w:after="0"/>
            </w:pPr>
          </w:p>
        </w:tc>
      </w:tr>
    </w:tbl>
    <w:p>
      <w:pPr>
        <w:spacing w:line="20" w:lineRule="exact" w:after="0" w:before="0"/>
      </w:pPr>
    </w:p>
    <w:p>
      <w:pPr>
        <w:spacing w:line="20" w:lineRule="exact" w:after="0" w:before="0"/>
        <w:sectPr>
          <w:headerReference w:type="default" r:id="rId17"/>
          <w:pgSz w:w="11906" w:h="16838"/>
          <w:pgMar w:top="0" w:right="0" w:bottom="0" w:left="0" w:header="0" w:footer="0" w:gutter="0"/>
          <w:cols w:space="720"/>
          <w:docGrid w:linePitch="360"/>
        </w:sectPr>
      </w:pPr>
    </w:p>
    <w:p>
      <w:pPr>
        <w:spacing w:before="0" w:after="0" w:line="20" w:lineRule="exact"/>
      </w:pPr>
      <w:r>
        <w:rPr>
          <w:sz w:val="2"/>
        </w:rPr>
      </w:r>
    </w:p>
    <w:p>
      <w:pPr>
        <w:spacing w:line="20" w:lineRule="exact" w:after="0" w:before="0"/>
      </w:pPr>
    </w:p>
    <w:p>
      <w:pPr>
        <w:spacing w:line="20" w:lineRule="exact" w:after="0" w:before="0"/>
        <w:sectPr>
          <w:headerReference w:type="default" r:id="rId18"/>
          <w:pgSz w:w="11906" w:h="16838"/>
          <w:pgMar w:top="0" w:right="0" w:bottom="0" w:left="0" w:header="0" w:footer="0" w:gutter="0"/>
          <w:cols w:space="720"/>
          <w:docGrid w:linePitch="360"/>
        </w:sectPr>
      </w:pPr>
    </w:p>
    <w:p>
      <w:pPr>
        <w:spacing w:before="0" w:after="0" w:line="10700" w:lineRule="exact"/>
      </w:pPr>
      <w:r>
        <w:rPr>
          <w:sz w:val="2"/>
        </w:rPr>
      </w:r>
    </w:p>
    <w:p>
      <w:pPr>
        <w:spacing w:line="360" w:lineRule="exact" w:before="0" w:after="0"/>
        <w:jc w:val="center"/>
      </w:pPr>
      <w:hyperlink r:id="rId20">
        <w:r>
          <w:rPr>
            <w:rFonts w:ascii="DejaVu Sans" w:hAnsi="DejaVu Sans"/>
            <w:sz w:val="24"/>
            <w:color w:val="FFFFFF"/>
            <w:b/>
          </w:rPr>
          <w:t>Book a free 30-minute clarity call</w:t>
        </w:r>
      </w:hyperlink>
    </w:p>
    <w:p>
      <w:pPr>
        <w:spacing w:before="0" w:after="0" w:line="560" w:lineRule="exact"/>
      </w:pPr>
      <w:r>
        <w:rPr>
          <w:sz w:val="2"/>
        </w:rPr>
      </w:r>
    </w:p>
    <w:p>
      <w:pPr>
        <w:spacing w:line="360" w:lineRule="exact" w:before="0" w:after="0"/>
        <w:jc w:val="center"/>
      </w:pPr>
      <w:hyperlink r:id="rId20">
        <w:r>
          <w:rPr>
            <w:rFonts w:ascii="DejaVu Sans" w:hAnsi="DejaVu Sans"/>
            <w:sz w:val="18"/>
            <w:color w:val="0F6F74"/>
          </w:rPr>
          <w:t>calendly.com/thesobertruthcoach/freeclaritycall</w:t>
        </w:r>
      </w:hyperlink>
    </w:p>
    <w:p>
      <w:pPr>
        <w:spacing w:before="0" w:after="0" w:line="840" w:lineRule="exact"/>
      </w:pPr>
      <w:r>
        <w:rPr>
          <w:sz w:val="2"/>
        </w:rPr>
      </w:r>
    </w:p>
    <w:p>
      <w:pPr>
        <w:spacing w:line="360" w:lineRule="exact" w:before="0" w:after="0"/>
        <w:jc w:val="center"/>
      </w:pPr>
      <w:hyperlink r:id="rId21">
        <w:r>
          <w:rPr>
            <w:rFonts w:ascii="DejaVu Sans" w:hAnsi="DejaVu Sans"/>
            <w:sz w:val="24"/>
            <w:color w:val="0F6F74"/>
            <w:b/>
          </w:rPr>
          <w:t>thesobertruthcoach.com</w:t>
        </w:r>
      </w:hyperlink>
    </w:p>
    <w:p>
      <w:pPr>
        <w:spacing w:before="0" w:after="0" w:line="220" w:lineRule="exact"/>
      </w:pPr>
      <w:r>
        <w:rPr>
          <w:sz w:val="2"/>
        </w:rPr>
      </w:r>
    </w:p>
    <w:p>
      <w:pPr>
        <w:spacing w:line="360" w:lineRule="exact" w:before="0" w:after="0"/>
        <w:jc w:val="center"/>
      </w:pPr>
      <w:hyperlink r:id="rId22">
        <w:r>
          <w:rPr>
            <w:rFonts w:ascii="DejaVu Sans" w:hAnsi="DejaVu Sans"/>
            <w:sz w:val="23"/>
            <w:color w:val="0F6F74"/>
          </w:rPr>
          <w:t>daniel@thesobertruthcoach.com</w:t>
        </w:r>
      </w:hyperlink>
    </w:p>
    <w:sectPr w:rsidR="00FC693F" w:rsidRPr="0006063C" w:rsidSect="00034616">
      <w:headerReference w:type="default" r:id="rId19"/>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Getting Back Into&#10;the Window REGULATION TOOL Practical tools to ground, work with activation&#10;and return to choice and the next honest action. Breathe. Ground. Regulate. I can come back to this moment.&#10;I do not have to do this alone. NOTICE REGULATE RESPOND Name my state Choose one tool Take one next step MY COPY Name or initials Started on Compulsive sexual behaviour | Sexualised substance use | Alcohol recovery Break cycles. Heal patterns. Thrive. Coaching and mentoring | Not therapy, medical care or crisis suppor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png"/>
                  <pic:cNvPicPr/>
                </pic:nvPicPr>
                <pic:blipFill>
                  <a:blip r:embed="rId1"/>
                  <a:stretch>
                    <a:fillRect/>
                  </a:stretch>
                </pic:blipFill>
                <pic:spPr>
                  <a:xfrm>
                    <a:off x="0" y="0"/>
                    <a:ext cx="7560000" cy="10692000"/>
                  </a:xfrm>
                  <a:prstGeom prst="rect"/>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1 Why this tool matters When I move outside my Window of Tolerance, urgency, craving, shame or numbness can feel like truth. I can regulate first, then reflect and choose. Page 2 Break cycles. Heal patterns. Thrive. 1  Notice Name the state without shame: “I am activated.” Notice what is happening in my body and the story my mind is offering. 2  Regulate Use breath, grounding, body contact, movement, sensory awareness or support. Choose one manageable tool. 3  Respond Return to the next honest action: truth, support, a boundary, rest or repair. I do not have to solve everything at once. Sober Truth reminder I can come back into the body, widen the window of choice, and then take the next right action. Finding my way Recognise my state p3  |  Choose a tool p4&#10;Breathing p5  |  Grounding p6  |  Ear massage p7&#10;Recovery phrases p8  |  My plan p9  |  Support p10 Using my copy I can type in the PDF fields or Word answer boxes, save my own copy, or print and write by hand. Short answers are enough. I keep my completed copy privat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2.png"/>
                  <pic:cNvPicPr/>
                </pic:nvPicPr>
                <pic:blipFill>
                  <a:blip r:embed="rId1"/>
                  <a:stretch>
                    <a:fillRect/>
                  </a:stretch>
                </pic:blipFill>
                <pic:spPr>
                  <a:xfrm>
                    <a:off x="0" y="0"/>
                    <a:ext cx="7560000" cy="10692000"/>
                  </a:xfrm>
                  <a:prstGeom prst="rect"/>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2 The Window of Choice In my window, I can feel and think at the same time. I may still feel emotion, but I have enough presence to pause and choose. Page 3 Break cycles. Heal patterns. Thrive. 1 HYPERAROUSAL Too much activation Racing thoughts, panic, urgency, anger, impulsivity, hyper-vigilance or emotional overwhelm. 2 WINDOW OF CHOICE Regulated enough Present, curious, emotionally aware, honest and connected. Able to pause and choose. 3 HYPOAROUSAL Too little activation Numb, flat, collapsed, disconnected, ashamed, passive or shut down. Hard to think or act. The aim is enough room to choose I do not need to stay calm all the time. I practise noticing when I leave the window and returning with care. What am I noticing in myself now My state, body sensations or early sign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3.png"/>
                  <pic:cNvPicPr/>
                </pic:nvPicPr>
                <pic:blipFill>
                  <a:blip r:embed="rId1"/>
                  <a:stretch>
                    <a:fillRect/>
                  </a:stretch>
                </pic:blipFill>
                <pic:spPr>
                  <a:xfrm>
                    <a:off x="0" y="0"/>
                    <a:ext cx="7560000" cy="10692000"/>
                  </a:xfrm>
                  <a:prstGeom prst="rect"/>
                </pic:spPr>
              </pic:pic>
            </a:graphicData>
          </a:graphic>
        </wp:anchor>
      </w:drawing>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3 Choose a tool for my state I begin with what I notice. I try one small response, then check whether it helps. I can change tools or reach for support. Page 4 Break cycles. Heal patterns. Thrive. Overwhelmed Sit or stand with feet planted. Slowly scan the room and name neutral objects. Let my eyes move gently. Shaking or trembling Slow the breath. Wrap in a blanket if helpful. Let the body settle without forcing it to stop. Numb Gently squeeze forearms or hands. Notice sight, sound, touch, smell and taste. Hyper-vigilant Lengthen the spine comfortably. Follow the rise and fall of the breath. Orient to what is safe now. Racing heart Move attention to my feet. Feel the floor. Let attention settle downwards while breathing comfortably. Collapsed Press hands into a wall or chair. Feel strength through arms, legs and feet. Breathe gently. Disconnected Slow what I am doing. Gently press or squeeze arms, thighs or calves. Walk slowly. Frozen or panicked Sit, wrap up and exhale gently. Try: “I can be here now.” Reach for support if I need it. Keep safety in view I do not assume physical symptoms are “just activation”. If I feel unsafe or need urgent help, I use the support guidance on page 1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4.png"/>
                  <pic:cNvPicPr/>
                </pic:nvPicPr>
                <pic:blipFill>
                  <a:blip r:embed="rId1"/>
                  <a:stretch>
                    <a:fillRect/>
                  </a:stretch>
                </pic:blipFill>
                <pic:spPr>
                  <a:xfrm>
                    <a:off x="0" y="0"/>
                    <a:ext cx="7560000" cy="10692000"/>
                  </a:xfrm>
                  <a:prstGeom prst="rect"/>
                </pic:spPr>
              </pic:pic>
            </a:graphicData>
          </a:graphic>
        </wp:anchor>
      </w:drawing>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4 The power of breath I do not force the breath. I invite it. If a breathing practice feels uncomfortable, I return to natural breathing, open my eyes and ground instead. Page 5 Break cycles. Heal patterns. Thrive. Simple belly breath Inhale gently and imagine the breath travelling low into the belly and pelvis. Let the exhale leave without effort. Repeat 5 to 10 times. Rolling bell jar breath Inhale softly. At the top of the inhale, let the breath round and roll naturally into the exhale. Notice the front, back and sides of my body. 4 x 4 x 4 x 4 breathing If comfortable: inhale for 4, hold for 4, exhale for 4, pause for 4. Repeat slowly for 1 to 4 minutes. Skip holds or stop if they feel difficult. Longer exhale breath Inhale for a natural count. Let the exhale be slightly longer than the inhale, without pushing or straining. Return to my normal breath whenever I need to. A phrase to return to “Breathe first. Think later. I am safe enough to return.” The breathing practice that feels manageable I can choose grounding instead. What helps me stay comfortable?"/>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5.png"/>
                  <pic:cNvPicPr/>
                </pic:nvPicPr>
                <pic:blipFill>
                  <a:blip r:embed="rId1"/>
                  <a:stretch>
                    <a:fillRect/>
                  </a:stretch>
                </pic:blipFill>
                <pic:spPr>
                  <a:xfrm>
                    <a:off x="0" y="0"/>
                    <a:ext cx="7560000" cy="10692000"/>
                  </a:xfrm>
                  <a:prstGeom prst="rect"/>
                </pic:spPr>
              </pic:pic>
            </a:graphicData>
          </a:graphic>
        </wp:anchor>
      </w:drawing>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5 Grounding through the body The body is often a doorway back to choice. I use feet, hands, movement and senses to come out of the story and back into now. Page 6 Break cycles. Heal patterns. Thrive. Feet on the floor Sit or stand. Feel heel, ball of foot, toes and contact with the ground. Name: “I am here.” Wall push Place hands on a wall and press firmly without aggression. Feel strength in arms, shoulders, legs and feet. Slow walking Walk slowly. Notice the heel, foot roll, knees, hips and shoulders. Let movement bring me back. Forearm squeeze Gently squeeze forearms, hands, thighs or calves. Notice pressure, warmth and aliveness. Five senses Name 5 things I see, 4 I feel, 3 I hear, 2 I smell and 1 I taste. I can adapt this to the senses available to me. Shake off freeze Gently shake arms and legs or lightly bounce. Exhale as the body lands. Keep it safe and comfortable. The grounding tool I want to practise What do I notice before and after trying i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6.png"/>
                  <pic:cNvPicPr/>
                </pic:nvPicPr>
                <pic:blipFill>
                  <a:blip r:embed="rId1"/>
                  <a:stretch>
                    <a:fillRect/>
                  </a:stretch>
                </pic:blipFill>
                <pic:spPr>
                  <a:xfrm>
                    <a:off x="0" y="0"/>
                    <a:ext cx="7560000" cy="10692000"/>
                  </a:xfrm>
                  <a:prstGeom prst="rect"/>
                </pic:spPr>
              </pic:pic>
            </a:graphicData>
          </a:graphic>
        </wp:anchor>
      </w:drawing>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6 Ear massage reset A gentle way to bring attention to the body. I use light pressure and stay with what feels comfortable. There is no need to force a settling response. Page 7 Break cycles. Heal patterns. Thrive. 1 Arrive Bring awareness to both ears. Notice temperature, tension or sensitivity without judging. 2 Upper ridge Place a finger along the upper inner ridge of the outer ear. Make tiny circles with light pressure. 3 Around the opening Keep the finger outside the ear canal, near its opening. Press softly towards the back of the head and make small circles. 4 Outer ear Massage around the outer ear. Notice any side that feels more sensitive, tight or relaxed. 5 Repeat gently Move between both ears for 30 seconds to 2 minutes. Breathe naturally and notice any changes. 6 Return Pause. Feel feet, breath and body. Choose one grounded next action. Choose comfort I stop if this feels unpleasant, painful or overwhelming. I can choose grounding instead. What I noticed and what I need next A brief observation is enough"/>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7.png"/>
                  <pic:cNvPicPr/>
                </pic:nvPicPr>
                <pic:blipFill>
                  <a:blip r:embed="rId1"/>
                  <a:stretch>
                    <a:fillRect/>
                  </a:stretch>
                </pic:blipFill>
                <pic:spPr>
                  <a:xfrm>
                    <a:off x="0" y="0"/>
                    <a:ext cx="7560000" cy="10692000"/>
                  </a:xfrm>
                  <a:prstGeom prst="rect"/>
                </pic:spPr>
              </pic:pic>
            </a:graphicData>
          </a:graphic>
        </wp:anchor>
      </w:drawing>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7 Using thoughts wisely I am not arguing with the Addict Mind. I am noticing the story, naming my state and choosing a recovery phrase that helps me return. Page 8 Break cycles. Heal patterns. Thrive. “ This is activation, not truth. “ I do not need to obey the Addict Mind. “ The urge is real. The conclusion may not be true. “ Feet. Breath. Ground. “ Take the data, not the shame. “ I am safe enough in this moment. “ I can be here - right here, right now. “ The next honest action is enough. Not every moment needs solving I can pause or step away from a painful topic consciously, then make a plan to return to it with support. The recovery phrase I want to use Choose one above or write my ow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8.png"/>
                  <pic:cNvPicPr/>
                </pic:nvPicPr>
                <pic:blipFill>
                  <a:blip r:embed="rId1"/>
                  <a:stretch>
                    <a:fillRect/>
                  </a:stretch>
                </pic:blipFill>
                <pic:spPr>
                  <a:xfrm>
                    <a:off x="0" y="0"/>
                    <a:ext cx="7560000" cy="10692000"/>
                  </a:xfrm>
                  <a:prstGeom prst="rect"/>
                </pic:spPr>
              </pic:pic>
            </a:graphicData>
          </a:graphic>
        </wp:anchor>
      </w:drawing>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8 My regulation plan I complete this when calm so I can use it when activated. I keep the plan simple, specific and easy to find. Page 9 Break cycles. Heal patterns. Thrive. My early signs Thoughts, body sensations or changes in behaviour The tools that help me Breathing, grounding, movement or connection The story my mind offers What does the Addict Mind or Alcohol Mind usually say? My recovery phrase What helps me remember that I have a choice? The support I can contact Name, number or service, and how I will reach them My next honest action One manageable step that supports my recovery I do not have to carry this alone I can receive support, regulate safely and return to one honest actio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9.png"/>
                  <pic:cNvPicPr/>
                </pic:nvPicPr>
                <pic:blipFill>
                  <a:blip r:embed="rId1"/>
                  <a:stretch>
                    <a:fillRect/>
                  </a:stretch>
                </pic:blipFill>
                <pic:spPr>
                  <a:xfrm>
                    <a:off x="0" y="0"/>
                    <a:ext cx="7560000" cy="10692000"/>
                  </a:xfrm>
                  <a:prstGeom prst="rect"/>
                </pic:spPr>
              </pic:pic>
            </a:graphicData>
          </a:graphic>
        </wp:anchor>
      </w:drawing>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 Getting Back Into the Window SECTION 09 Support and the next step I use this guide gently. It supports reflection and practice alongside the help I need. Page 10 Break cycles. Heal patterns. Thrive. Coaching and mentoring The Sober Truth Coach provides coaching and mentoring support. This is not therapy, counselling, psychotherapy, medical treatment, psychiatric care, legal advice or emergency support. It does not diagnose or treat mental health conditions. When I need urgent support If I am in immediate danger or cannot keep myself or someone else safe, I contact emergency services.&#10;For urgent advice, I can contact NHS 111, my GP or my local crisis team. I can also contact a local addiction service or Samaritans on 116 123. A simple return practice 1 Pause and name: “I am activated.” 2 Feel feet, hands, breath or chair. 3 Use one tool from this guide. 4 Tell one safe person if risk is rising. 5 Choose the next honest action. A gentle reminder “I am safe. I am loved. I am held.&#10;I can breathe, regulate and return.”"/>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0.png"/>
                  <pic:cNvPicPr/>
                </pic:nvPicPr>
                <pic:blipFill>
                  <a:blip r:embed="rId1"/>
                  <a:stretch>
                    <a:fillRect/>
                  </a:stretch>
                </pic:blipFill>
                <pic:spPr>
                  <a:xfrm>
                    <a:off x="0" y="0"/>
                    <a:ext cx="7560000" cy="10692000"/>
                  </a:xfrm>
                  <a:prstGeom prst="rect"/>
                </pic:spPr>
              </pic:pic>
            </a:graphicData>
          </a:graphic>
        </wp:anchor>
      </w:drawing>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1.png"/>
                  <pic:cNvPicPr/>
                </pic:nvPicPr>
                <pic:blipFill>
                  <a:blip r:embed="rId1"/>
                  <a:stretch>
                    <a:fillRect/>
                  </a:stretch>
                </pic:blipFill>
                <pic:spPr>
                  <a:xfrm>
                    <a:off x="0" y="0"/>
                    <a:ext cx="7560000" cy="10692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DejaVu Sans" w:hAnsi="DejaVu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header" Target="header11.xml"/><Relationship Id="rId20" Type="http://schemas.openxmlformats.org/officeDocument/2006/relationships/hyperlink" Target="https://calendly.com/thesobertruthcoach/freeclaritycall" TargetMode="External"/><Relationship Id="rId21" Type="http://schemas.openxmlformats.org/officeDocument/2006/relationships/hyperlink" Target="https://thesobertruthcoach.com/" TargetMode="External"/><Relationship Id="rId22" Type="http://schemas.openxmlformats.org/officeDocument/2006/relationships/hyperlink" Target="mailto:daniel@thesobertruthcoa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 Type="http://schemas.openxmlformats.org/officeDocument/2006/relationships/image" Target="media/image8.png"/></Relationships>
</file>

<file path=word/_rels/header9.xml.rels><?xml version='1.0' encoding='UTF-8' standalone='yes'?>
<Relationships xmlns="http://schemas.openxmlformats.org/package/2006/relationships"><Relationship Id="rId1" Type="http://schemas.openxmlformats.org/officeDocument/2006/relationships/image" Target="media/image9.png"/></Relationships>
</file>

<file path=word/_rels/header10.xml.rels><?xml version='1.0' encoding='UTF-8' standalone='yes'?>
<Relationships xmlns="http://schemas.openxmlformats.org/package/2006/relationships"><Relationship Id="rId1" Type="http://schemas.openxmlformats.org/officeDocument/2006/relationships/image" Target="media/image10.png"/></Relationships>
</file>

<file path=word/_rels/header1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Back Into the Window Regulation Tool</dc:title>
  <dc:subject>Typeable client response spaces in the matching colour guide</dc:subject>
  <dc:creator>The Sober Truth Coach</dc:creator>
  <cp:keywords/>
  <dc:description>generated by python-docx</dc:description>
  <cp:lastModifiedBy/>
  <cp:revision>1</cp:revision>
  <dcterms:created xsi:type="dcterms:W3CDTF">2013-12-23T23:15:00Z</dcterms:created>
  <dcterms:modified xsi:type="dcterms:W3CDTF">2013-12-23T23:15:00Z</dcterms:modified>
  <cp:category/>
</cp:coreProperties>
</file>