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8F2E7"/>
  <w:body>
    <w:p>
      <w:pPr>
        <w:pStyle w:val="Artwork"/>
        <w:keepNext w:val="0"/>
        <w:spacing w:before="0" w:after="0" w:line="240" w:lineRule="auto"/>
        <w:ind w:left="-1080" w:right="-1080" w:firstLine="0"/>
        <w:rPr>
          <w:sz w:val="2"/>
        </w:rPr>
      </w:pPr>
      <w:r>
        <w:rPr>
          <w:sz w:val="2"/>
          <w:position w:val="0"/>
        </w:rPr>
        <w:drawing>
          <wp:inline xmlns:a="http://schemas.openxmlformats.org/drawingml/2006/main" xmlns:pic="http://schemas.openxmlformats.org/drawingml/2006/picture" distT="0" distB="0" distL="0" distR="0">
            <wp:extent cx="7559999" cy="10641200"/>
            <wp:docPr id="1" name="Picture 1" descr="reference 01"/>
            <wp:cNvGraphicFramePr>
              <a:graphicFrameLocks noChangeAspect="1"/>
            </wp:cNvGraphicFramePr>
            <a:graphic>
              <a:graphicData uri="http://schemas.openxmlformats.org/drawingml/2006/picture">
                <pic:pic>
                  <pic:nvPicPr>
                    <pic:cNvPr id="0" name="reference_01.png"/>
                    <pic:cNvPicPr/>
                  </pic:nvPicPr>
                  <pic:blipFill>
                    <a:blip r:embed="rId9"/>
                    <a:stretch>
                      <a:fillRect/>
                    </a:stretch>
                  </pic:blipFill>
                  <pic:spPr>
                    <a:xfrm>
                      <a:off x="0" y="0"/>
                      <a:ext cx="7559999" cy="10641200"/>
                    </a:xfrm>
                    <a:prstGeom prst="rect"/>
                  </pic:spPr>
                </pic:pic>
              </a:graphicData>
            </a:graphic>
          </wp:inline>
        </w:drawing>
      </w:r>
    </w:p>
    <w:p>
      <w:pPr>
        <w:keepNext w:val="0"/>
        <w:spacing w:before="0" w:after="0" w:line="20" w:lineRule="exact"/>
        <w:sectPr>
          <w:pgSz w:w="11906" w:h="16838"/>
          <w:pgMar w:top="0" w:right="1080" w:bottom="0" w:left="1080" w:header="0" w:footer="0" w:gutter="0"/>
          <w:cols w:space="720"/>
          <w:docGrid w:linePitch="360"/>
        </w:sectPr>
      </w:pPr>
      <w:r>
        <w:rPr>
          <w:sz w:val="2"/>
        </w:rPr>
      </w:r>
    </w:p>
    <w:p>
      <w:pPr>
        <w:pStyle w:val="Artwork"/>
        <w:keepNext w:val="0"/>
        <w:spacing w:before="0" w:after="0" w:line="240" w:lineRule="auto"/>
        <w:ind w:left="-1080" w:right="-1080" w:firstLine="0"/>
        <w:rPr>
          <w:sz w:val="2"/>
        </w:rPr>
      </w:pPr>
      <w:r>
        <w:rPr>
          <w:sz w:val="2"/>
          <w:position w:val="0"/>
        </w:rPr>
        <w:drawing>
          <wp:inline xmlns:a="http://schemas.openxmlformats.org/drawingml/2006/main" xmlns:pic="http://schemas.openxmlformats.org/drawingml/2006/picture" distT="0" distB="0" distL="0" distR="0">
            <wp:extent cx="7559999" cy="10641200"/>
            <wp:docPr id="2" name="Picture 2" descr="reference 02"/>
            <wp:cNvGraphicFramePr>
              <a:graphicFrameLocks noChangeAspect="1"/>
            </wp:cNvGraphicFramePr>
            <a:graphic>
              <a:graphicData uri="http://schemas.openxmlformats.org/drawingml/2006/picture">
                <pic:pic>
                  <pic:nvPicPr>
                    <pic:cNvPr id="0" name="reference_02.png"/>
                    <pic:cNvPicPr/>
                  </pic:nvPicPr>
                  <pic:blipFill>
                    <a:blip r:embed="rId10"/>
                    <a:stretch>
                      <a:fillRect/>
                    </a:stretch>
                  </pic:blipFill>
                  <pic:spPr>
                    <a:xfrm>
                      <a:off x="0" y="0"/>
                      <a:ext cx="7559999" cy="10641200"/>
                    </a:xfrm>
                    <a:prstGeom prst="rect"/>
                  </pic:spPr>
                </pic:pic>
              </a:graphicData>
            </a:graphic>
          </wp:inline>
        </w:drawing>
      </w:r>
    </w:p>
    <w:p>
      <w:pPr>
        <w:keepNext w:val="0"/>
        <w:spacing w:before="0" w:after="0" w:line="20" w:lineRule="exact"/>
        <w:sectPr>
          <w:pgSz w:w="11906" w:h="16838"/>
          <w:pgMar w:top="0" w:right="1080" w:bottom="0" w:left="1080" w:header="0" w:footer="0" w:gutter="0"/>
          <w:cols w:space="720"/>
          <w:docGrid w:linePitch="360"/>
        </w:sectPr>
      </w:pPr>
      <w:r>
        <w:rPr>
          <w:sz w:val="2"/>
        </w:rPr>
      </w:r>
    </w:p>
    <w:p>
      <w:pPr>
        <w:pStyle w:val="Artwork"/>
        <w:keepNext w:val="0"/>
        <w:spacing w:before="0" w:after="0" w:line="240" w:lineRule="auto"/>
        <w:ind w:left="-1080" w:right="-1080" w:firstLine="0"/>
        <w:rPr>
          <w:sz w:val="2"/>
        </w:rPr>
      </w:pPr>
      <w:r>
        <w:rPr>
          <w:sz w:val="2"/>
          <w:position w:val="0"/>
        </w:rPr>
        <w:drawing>
          <wp:inline xmlns:a="http://schemas.openxmlformats.org/drawingml/2006/main" xmlns:pic="http://schemas.openxmlformats.org/drawingml/2006/picture" distT="0" distB="0" distL="0" distR="0">
            <wp:extent cx="7559999" cy="10641200"/>
            <wp:docPr id="3" name="Picture 3" descr="reference 03"/>
            <wp:cNvGraphicFramePr>
              <a:graphicFrameLocks noChangeAspect="1"/>
            </wp:cNvGraphicFramePr>
            <a:graphic>
              <a:graphicData uri="http://schemas.openxmlformats.org/drawingml/2006/picture">
                <pic:pic>
                  <pic:nvPicPr>
                    <pic:cNvPr id="0" name="reference_03.png"/>
                    <pic:cNvPicPr/>
                  </pic:nvPicPr>
                  <pic:blipFill>
                    <a:blip r:embed="rId11"/>
                    <a:stretch>
                      <a:fillRect/>
                    </a:stretch>
                  </pic:blipFill>
                  <pic:spPr>
                    <a:xfrm>
                      <a:off x="0" y="0"/>
                      <a:ext cx="7559999" cy="10641200"/>
                    </a:xfrm>
                    <a:prstGeom prst="rect"/>
                  </pic:spPr>
                </pic:pic>
              </a:graphicData>
            </a:graphic>
          </wp:inline>
        </w:drawing>
      </w:r>
    </w:p>
    <w:p>
      <w:pPr>
        <w:keepNext w:val="0"/>
        <w:spacing w:before="0" w:after="0" w:line="20" w:lineRule="exact"/>
        <w:sectPr>
          <w:pgSz w:w="11906" w:h="16838"/>
          <w:pgMar w:top="0" w:right="1080" w:bottom="0" w:left="1080" w:header="0" w:footer="0" w:gutter="0"/>
          <w:cols w:space="720"/>
          <w:docGrid w:linePitch="360"/>
        </w:sectPr>
      </w:pPr>
      <w:r>
        <w:rPr>
          <w:sz w:val="2"/>
        </w:rPr>
      </w:r>
    </w:p>
    <w:p>
      <w:pPr>
        <w:pStyle w:val="Artwork"/>
        <w:keepNext w:val="0"/>
        <w:spacing w:before="0" w:after="0" w:line="240" w:lineRule="auto"/>
        <w:ind w:left="-1080" w:right="-1080" w:firstLine="0"/>
        <w:rPr>
          <w:sz w:val="2"/>
        </w:rPr>
      </w:pPr>
      <w:r>
        <w:rPr>
          <w:sz w:val="2"/>
          <w:position w:val="0"/>
        </w:rPr>
        <w:drawing>
          <wp:inline xmlns:a="http://schemas.openxmlformats.org/drawingml/2006/main" xmlns:pic="http://schemas.openxmlformats.org/drawingml/2006/picture" distT="0" distB="0" distL="0" distR="0">
            <wp:extent cx="7559999" cy="10641200"/>
            <wp:docPr id="4" name="Picture 4" descr="reference 04"/>
            <wp:cNvGraphicFramePr>
              <a:graphicFrameLocks noChangeAspect="1"/>
            </wp:cNvGraphicFramePr>
            <a:graphic>
              <a:graphicData uri="http://schemas.openxmlformats.org/drawingml/2006/picture">
                <pic:pic>
                  <pic:nvPicPr>
                    <pic:cNvPr id="0" name="reference_04.png"/>
                    <pic:cNvPicPr/>
                  </pic:nvPicPr>
                  <pic:blipFill>
                    <a:blip r:embed="rId12"/>
                    <a:stretch>
                      <a:fillRect/>
                    </a:stretch>
                  </pic:blipFill>
                  <pic:spPr>
                    <a:xfrm>
                      <a:off x="0" y="0"/>
                      <a:ext cx="7559999" cy="10641200"/>
                    </a:xfrm>
                    <a:prstGeom prst="rect"/>
                  </pic:spPr>
                </pic:pic>
              </a:graphicData>
            </a:graphic>
          </wp:inline>
        </w:drawing>
      </w:r>
    </w:p>
    <w:p>
      <w:pPr>
        <w:keepNext w:val="0"/>
        <w:spacing w:before="0" w:after="0" w:line="20" w:lineRule="exact"/>
        <w:sectPr>
          <w:pgSz w:w="11906" w:h="16838"/>
          <w:pgMar w:top="0" w:right="1080" w:bottom="0" w:left="1080" w:header="0" w:footer="0" w:gutter="0"/>
          <w:cols w:space="720"/>
          <w:docGrid w:linePitch="360"/>
        </w:sectPr>
      </w:pPr>
      <w:r>
        <w:rPr>
          <w:sz w:val="2"/>
        </w:rPr>
      </w:r>
    </w:p>
    <w:p>
      <w:pPr>
        <w:pStyle w:val="Artwork"/>
        <w:keepNext w:val="0"/>
        <w:spacing w:before="0" w:after="0" w:line="240" w:lineRule="auto"/>
        <w:ind w:left="-1080" w:right="-1080" w:firstLine="0"/>
        <w:rPr>
          <w:sz w:val="2"/>
        </w:rPr>
      </w:pPr>
      <w:r>
        <w:rPr>
          <w:sz w:val="2"/>
          <w:position w:val="0"/>
        </w:rPr>
        <w:drawing>
          <wp:inline xmlns:a="http://schemas.openxmlformats.org/drawingml/2006/main" xmlns:pic="http://schemas.openxmlformats.org/drawingml/2006/picture" distT="0" distB="0" distL="0" distR="0">
            <wp:extent cx="7559999" cy="10641200"/>
            <wp:docPr id="5" name="Picture 5" descr="reference 05"/>
            <wp:cNvGraphicFramePr>
              <a:graphicFrameLocks noChangeAspect="1"/>
            </wp:cNvGraphicFramePr>
            <a:graphic>
              <a:graphicData uri="http://schemas.openxmlformats.org/drawingml/2006/picture">
                <pic:pic>
                  <pic:nvPicPr>
                    <pic:cNvPr id="0" name="reference_05.png"/>
                    <pic:cNvPicPr/>
                  </pic:nvPicPr>
                  <pic:blipFill>
                    <a:blip r:embed="rId13"/>
                    <a:stretch>
                      <a:fillRect/>
                    </a:stretch>
                  </pic:blipFill>
                  <pic:spPr>
                    <a:xfrm>
                      <a:off x="0" y="0"/>
                      <a:ext cx="7559999" cy="10641200"/>
                    </a:xfrm>
                    <a:prstGeom prst="rect"/>
                  </pic:spPr>
                </pic:pic>
              </a:graphicData>
            </a:graphic>
          </wp:inline>
        </w:drawing>
      </w:r>
    </w:p>
    <w:p>
      <w:pPr>
        <w:keepNext w:val="0"/>
        <w:spacing w:before="0" w:after="0" w:line="20" w:lineRule="exact"/>
        <w:sectPr>
          <w:pgSz w:w="11906" w:h="16838"/>
          <w:pgMar w:top="0" w:right="1080" w:bottom="0" w:left="1080" w:header="0" w:footer="0" w:gutter="0"/>
          <w:cols w:space="720"/>
          <w:docGrid w:linePitch="360"/>
        </w:sectPr>
      </w:pPr>
      <w:r>
        <w:rPr>
          <w:sz w:val="2"/>
        </w:rPr>
      </w:r>
    </w:p>
    <w:p>
      <w:pPr>
        <w:pStyle w:val="Artwork"/>
        <w:keepNext w:val="0"/>
        <w:spacing w:before="0" w:after="0" w:line="240" w:lineRule="auto"/>
        <w:ind w:left="-1080" w:right="-1080" w:firstLine="0"/>
        <w:rPr>
          <w:sz w:val="2"/>
        </w:rPr>
      </w:pPr>
      <w:r>
        <w:rPr>
          <w:sz w:val="2"/>
          <w:position w:val="0"/>
        </w:rPr>
        <w:drawing>
          <wp:inline xmlns:a="http://schemas.openxmlformats.org/drawingml/2006/main" xmlns:pic="http://schemas.openxmlformats.org/drawingml/2006/picture" distT="0" distB="0" distL="0" distR="0">
            <wp:extent cx="7559999" cy="10641200"/>
            <wp:docPr id="6" name="Picture 6" descr="reference 06"/>
            <wp:cNvGraphicFramePr>
              <a:graphicFrameLocks noChangeAspect="1"/>
            </wp:cNvGraphicFramePr>
            <a:graphic>
              <a:graphicData uri="http://schemas.openxmlformats.org/drawingml/2006/picture">
                <pic:pic>
                  <pic:nvPicPr>
                    <pic:cNvPr id="0" name="reference_06.png"/>
                    <pic:cNvPicPr/>
                  </pic:nvPicPr>
                  <pic:blipFill>
                    <a:blip r:embed="rId14"/>
                    <a:stretch>
                      <a:fillRect/>
                    </a:stretch>
                  </pic:blipFill>
                  <pic:spPr>
                    <a:xfrm>
                      <a:off x="0" y="0"/>
                      <a:ext cx="7559999" cy="10641200"/>
                    </a:xfrm>
                    <a:prstGeom prst="rect"/>
                  </pic:spPr>
                </pic:pic>
              </a:graphicData>
            </a:graphic>
          </wp:inline>
        </w:drawing>
      </w:r>
    </w:p>
    <w:p>
      <w:pPr>
        <w:keepNext w:val="0"/>
        <w:spacing w:before="0" w:after="0" w:line="20" w:lineRule="exact"/>
        <w:sectPr>
          <w:pgSz w:w="11906" w:h="16838"/>
          <w:pgMar w:top="0" w:right="1080" w:bottom="0" w:left="1080" w:header="0" w:footer="0" w:gutter="0"/>
          <w:cols w:space="720"/>
          <w:docGrid w:linePitch="360"/>
        </w:sectPr>
      </w:pPr>
      <w:r>
        <w:rPr>
          <w:sz w:val="2"/>
        </w:rPr>
      </w:r>
    </w:p>
    <w:p>
      <w:pPr>
        <w:pStyle w:val="Artwork"/>
        <w:keepNext w:val="0"/>
        <w:spacing w:before="0" w:after="0" w:line="240" w:lineRule="auto"/>
        <w:ind w:left="-1080" w:right="-1080" w:firstLine="0"/>
        <w:rPr>
          <w:sz w:val="2"/>
        </w:rPr>
      </w:pPr>
      <w:r>
        <w:rPr>
          <w:sz w:val="2"/>
          <w:position w:val="0"/>
        </w:rPr>
        <w:drawing>
          <wp:inline xmlns:a="http://schemas.openxmlformats.org/drawingml/2006/main" xmlns:pic="http://schemas.openxmlformats.org/drawingml/2006/picture" distT="0" distB="0" distL="0" distR="0">
            <wp:extent cx="7559999" cy="10641200"/>
            <wp:docPr id="7" name="Picture 7" descr="reference 07"/>
            <wp:cNvGraphicFramePr>
              <a:graphicFrameLocks noChangeAspect="1"/>
            </wp:cNvGraphicFramePr>
            <a:graphic>
              <a:graphicData uri="http://schemas.openxmlformats.org/drawingml/2006/picture">
                <pic:pic>
                  <pic:nvPicPr>
                    <pic:cNvPr id="0" name="reference_07.png"/>
                    <pic:cNvPicPr/>
                  </pic:nvPicPr>
                  <pic:blipFill>
                    <a:blip r:embed="rId15"/>
                    <a:stretch>
                      <a:fillRect/>
                    </a:stretch>
                  </pic:blipFill>
                  <pic:spPr>
                    <a:xfrm>
                      <a:off x="0" y="0"/>
                      <a:ext cx="7559999" cy="10641200"/>
                    </a:xfrm>
                    <a:prstGeom prst="rect"/>
                  </pic:spPr>
                </pic:pic>
              </a:graphicData>
            </a:graphic>
          </wp:inline>
        </w:drawing>
      </w:r>
    </w:p>
    <w:p>
      <w:pPr>
        <w:keepNext w:val="0"/>
        <w:spacing w:before="0" w:after="0" w:line="20" w:lineRule="exact"/>
        <w:sectPr>
          <w:pgSz w:w="11906" w:h="16838"/>
          <w:pgMar w:top="0" w:right="1080" w:bottom="0" w:left="1080" w:header="0" w:footer="0" w:gutter="0"/>
          <w:cols w:space="720"/>
          <w:docGrid w:linePitch="360"/>
        </w:sectPr>
      </w:pPr>
      <w:r>
        <w:rPr>
          <w:sz w:val="2"/>
        </w:rPr>
      </w:r>
    </w:p>
    <w:p>
      <w:pPr>
        <w:pStyle w:val="Artwork"/>
        <w:keepNext w:val="0"/>
        <w:spacing w:before="0" w:after="0" w:line="240" w:lineRule="auto"/>
        <w:ind w:left="-1080" w:right="-1080" w:firstLine="0"/>
        <w:rPr>
          <w:sz w:val="2"/>
        </w:rPr>
      </w:pPr>
      <w:r>
        <w:rPr>
          <w:sz w:val="2"/>
          <w:position w:val="0"/>
        </w:rPr>
        <w:drawing>
          <wp:inline xmlns:a="http://schemas.openxmlformats.org/drawingml/2006/main" xmlns:pic="http://schemas.openxmlformats.org/drawingml/2006/picture" distT="0" distB="0" distL="0" distR="0">
            <wp:extent cx="7559999" cy="10641200"/>
            <wp:docPr id="8" name="Picture 8" descr="reference 08"/>
            <wp:cNvGraphicFramePr>
              <a:graphicFrameLocks noChangeAspect="1"/>
            </wp:cNvGraphicFramePr>
            <a:graphic>
              <a:graphicData uri="http://schemas.openxmlformats.org/drawingml/2006/picture">
                <pic:pic>
                  <pic:nvPicPr>
                    <pic:cNvPr id="0" name="reference_08.png"/>
                    <pic:cNvPicPr/>
                  </pic:nvPicPr>
                  <pic:blipFill>
                    <a:blip r:embed="rId16"/>
                    <a:stretch>
                      <a:fillRect/>
                    </a:stretch>
                  </pic:blipFill>
                  <pic:spPr>
                    <a:xfrm>
                      <a:off x="0" y="0"/>
                      <a:ext cx="7559999" cy="10641200"/>
                    </a:xfrm>
                    <a:prstGeom prst="rect"/>
                  </pic:spPr>
                </pic:pic>
              </a:graphicData>
            </a:graphic>
          </wp:inline>
        </w:drawing>
      </w:r>
    </w:p>
    <w:p>
      <w:pPr>
        <w:keepNext w:val="0"/>
        <w:spacing w:before="0" w:after="0" w:line="20" w:lineRule="exact"/>
        <w:sectPr>
          <w:pgSz w:w="11906" w:h="16838"/>
          <w:pgMar w:top="0" w:right="1080" w:bottom="0" w:left="1080" w:header="0" w:footer="0" w:gutter="0"/>
          <w:cols w:space="720"/>
          <w:docGrid w:linePitch="360"/>
        </w:sectPr>
      </w:pPr>
      <w:r>
        <w:rPr>
          <w:sz w:val="2"/>
        </w:rPr>
      </w:r>
    </w:p>
    <w:p>
      <w:pPr>
        <w:pStyle w:val="Artwork"/>
        <w:keepNext w:val="0"/>
        <w:spacing w:before="0" w:after="0" w:line="240" w:lineRule="auto"/>
        <w:ind w:left="-1080" w:right="-1080" w:firstLine="0"/>
        <w:rPr>
          <w:sz w:val="2"/>
        </w:rPr>
      </w:pPr>
      <w:r>
        <w:rPr>
          <w:sz w:val="2"/>
          <w:position w:val="0"/>
        </w:rPr>
        <w:drawing>
          <wp:inline xmlns:a="http://schemas.openxmlformats.org/drawingml/2006/main" xmlns:pic="http://schemas.openxmlformats.org/drawingml/2006/picture" distT="0" distB="0" distL="0" distR="0">
            <wp:extent cx="7559999" cy="5074920"/>
            <wp:docPr id="9" name="Picture 9" descr="page 9 0.00 399.60"/>
            <wp:cNvGraphicFramePr>
              <a:graphicFrameLocks noChangeAspect="1"/>
            </wp:cNvGraphicFramePr>
            <a:graphic>
              <a:graphicData uri="http://schemas.openxmlformats.org/drawingml/2006/picture">
                <pic:pic>
                  <pic:nvPicPr>
                    <pic:cNvPr id="0" name="page_9_0.00_399.60.png"/>
                    <pic:cNvPicPr/>
                  </pic:nvPicPr>
                  <pic:blipFill>
                    <a:blip r:embed="rId17"/>
                    <a:stretch>
                      <a:fillRect/>
                    </a:stretch>
                  </pic:blipFill>
                  <pic:spPr>
                    <a:xfrm>
                      <a:off x="0" y="0"/>
                      <a:ext cx="7559999" cy="5074920"/>
                    </a:xfrm>
                    <a:prstGeom prst="rect"/>
                  </pic:spPr>
                </pic:pic>
              </a:graphicData>
            </a:graphic>
          </wp:inline>
        </w:drawing>
      </w:r>
    </w:p>
    <w:tbl>
      <w:tblPr>
        <w:tblW w:type="dxa" w:w="9746"/>
        <w:jc w:val="center"/>
        <w:tblLayout w:type="fixed"/>
        <w:tblLook w:firstColumn="1" w:firstRow="1" w:lastColumn="0" w:lastRow="0" w:noHBand="0" w:noVBand="1" w:val="04A0"/>
        <w:tblBorders>
          <w:top w:val="nil"/>
          <w:left w:val="nil"/>
          <w:bottom w:val="nil"/>
          <w:right w:val="nil"/>
          <w:insideH w:val="nil"/>
          <w:insideV w:val="nil"/>
        </w:tblBorders>
      </w:tblPr>
      <w:tblGrid>
        <w:gridCol w:w="9746"/>
      </w:tblGrid>
      <w:tr>
        <w:tc>
          <w:tcPr>
            <w:tcW w:type="dxa" w:w="9746"/>
            <w:vAlign w:val="center"/>
            <w:shd w:fill="F8F2E7"/>
            <w:tcMar>
              <w:top w:w="0" w:type="dxa"/>
              <w:bottom w:w="0" w:type="dxa"/>
              <w:left w:w="0" w:type="dxa"/>
              <w:right w:w="0" w:type="dxa"/>
            </w:tcMar>
          </w:tcPr>
          <w:p>
            <w:pPr>
              <w:pStyle w:val="Artwork"/>
              <w:keepNext/>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6188399" cy="190500"/>
                  <wp:docPr id="10" name="Picture 10" descr="cap 487.28 FFFFFF 15 F8F2E7 top"/>
                  <wp:cNvGraphicFramePr>
                    <a:graphicFrameLocks noChangeAspect="1"/>
                  </wp:cNvGraphicFramePr>
                  <a:graphic>
                    <a:graphicData uri="http://schemas.openxmlformats.org/drawingml/2006/picture">
                      <pic:pic>
                        <pic:nvPicPr>
                          <pic:cNvPr id="0" name="cap_487.28_FFFFFF_15_F8F2E7_top.png"/>
                          <pic:cNvPicPr/>
                        </pic:nvPicPr>
                        <pic:blipFill>
                          <a:blip r:embed="rId18"/>
                          <a:stretch>
                            <a:fillRect/>
                          </a:stretch>
                        </pic:blipFill>
                        <pic:spPr>
                          <a:xfrm>
                            <a:off x="0" y="0"/>
                            <a:ext cx="6188399" cy="190500"/>
                          </a:xfrm>
                          <a:prstGeom prst="rect"/>
                        </pic:spPr>
                      </pic:pic>
                    </a:graphicData>
                  </a:graphic>
                </wp:inline>
              </w:drawing>
            </w:r>
          </w:p>
        </w:tc>
      </w:tr>
      <w:tr>
        <w:trPr>
          <w:trHeight w:val="4800" w:hRule="atLeast"/>
        </w:trPr>
        <w:tc>
          <w:tcPr>
            <w:tcW w:type="dxa" w:w="9746"/>
            <w:vAlign w:val="center"/>
            <w:shd w:fill="FFFFFF"/>
            <w:tcMar>
              <w:top w:w="0" w:type="dxa"/>
              <w:bottom w:w="0" w:type="dxa"/>
              <w:left w:w="400" w:type="dxa"/>
              <w:right w:w="400" w:type="dxa"/>
            </w:tcMar>
            <w:tcBorders>
              <w:left w:val="single" w:sz="4" w:color="DED9CE"/>
              <w:right w:val="single" w:sz="4" w:color="DED9CE"/>
            </w:tcBorders>
          </w:tcPr>
          <w:p>
            <w:pPr>
              <w:keepNext w:val="0"/>
              <w:spacing w:before="0" w:after="0" w:line="20" w:lineRule="exact"/>
            </w:pPr>
            <w:r>
              <w:rPr>
                <w:sz w:val="2"/>
              </w:rPr>
            </w:r>
          </w:p>
          <w:p>
            <w:pPr>
              <w:keepNext/>
              <w:spacing w:before="0" w:after="240" w:line="428" w:lineRule="exact"/>
              <w:jc w:val="center"/>
            </w:pPr>
            <w:r>
              <w:rPr>
                <w:rFonts w:ascii="DejaVu Sans" w:hAnsi="DejaVu Sans"/>
                <w:b/>
                <w:color w:val="0F6F74"/>
                <w:sz w:val="31"/>
              </w:rPr>
              <w:t>Reflection</w:t>
            </w:r>
          </w:p>
          <w:p>
            <w:pPr>
              <w:keepNext/>
              <w:spacing w:before="0" w:after="60" w:line="337" w:lineRule="exact"/>
            </w:pPr>
            <w:r>
              <w:rPr>
                <w:rFonts w:ascii="DejaVu Sans" w:hAnsi="DejaVu Sans"/>
                <w:b/>
                <w:color w:val="192A2C"/>
                <w:sz w:val="24"/>
              </w:rPr>
              <w:t>What helps me feel safe in my body?</w:t>
            </w:r>
          </w:p>
          <w:p>
            <w:pPr>
              <w:keepNext w:val="0"/>
              <w:spacing w:before="120" w:after="280" w:line="317" w:lineRule="exact"/>
              <w:pBdr>
                <w:bottom w:val="single" w:sz="4" w:space="8" w:color="D0D5CF"/>
              </w:pBdr>
            </w:pPr>
            <w:r>
              <w:rPr>
                <w:rFonts w:ascii="DejaVu Sans" w:hAnsi="DejaVu Sans"/>
                <w:b w:val="0"/>
                <w:color w:val="677779"/>
                <w:sz w:val="23"/>
              </w:rPr>
              <w:t>Type here</w:t>
            </w:r>
          </w:p>
          <w:p>
            <w:pPr>
              <w:keepNext/>
              <w:spacing w:before="0" w:after="60" w:line="337" w:lineRule="exact"/>
            </w:pPr>
            <w:r>
              <w:rPr>
                <w:rFonts w:ascii="DejaVu Sans" w:hAnsi="DejaVu Sans"/>
                <w:b/>
                <w:color w:val="192A2C"/>
                <w:sz w:val="24"/>
              </w:rPr>
              <w:t>What helps me tell the truth earlier?</w:t>
            </w:r>
          </w:p>
          <w:p>
            <w:pPr>
              <w:keepNext w:val="0"/>
              <w:spacing w:before="120" w:after="280" w:line="317" w:lineRule="exact"/>
              <w:pBdr>
                <w:bottom w:val="single" w:sz="4" w:space="8" w:color="D0D5CF"/>
              </w:pBdr>
            </w:pPr>
            <w:r>
              <w:rPr>
                <w:rFonts w:ascii="DejaVu Sans" w:hAnsi="DejaVu Sans"/>
                <w:b w:val="0"/>
                <w:color w:val="677779"/>
                <w:sz w:val="23"/>
              </w:rPr>
              <w:t>Type here</w:t>
            </w:r>
          </w:p>
          <w:p>
            <w:pPr>
              <w:keepNext/>
              <w:spacing w:before="0" w:after="60" w:line="337" w:lineRule="exact"/>
            </w:pPr>
            <w:r>
              <w:rPr>
                <w:rFonts w:ascii="DejaVu Sans" w:hAnsi="DejaVu Sans"/>
                <w:b/>
                <w:color w:val="192A2C"/>
                <w:sz w:val="24"/>
              </w:rPr>
              <w:t>Who helps me return to recovery?</w:t>
            </w:r>
          </w:p>
          <w:p>
            <w:pPr>
              <w:keepNext w:val="0"/>
              <w:spacing w:before="120" w:after="280" w:line="317" w:lineRule="exact"/>
              <w:pBdr>
                <w:bottom w:val="single" w:sz="4" w:space="8" w:color="D0D5CF"/>
              </w:pBdr>
            </w:pPr>
            <w:r>
              <w:rPr>
                <w:rFonts w:ascii="DejaVu Sans" w:hAnsi="DejaVu Sans"/>
                <w:b w:val="0"/>
                <w:color w:val="677779"/>
                <w:sz w:val="23"/>
              </w:rPr>
              <w:t>Type here</w:t>
            </w:r>
          </w:p>
        </w:tc>
      </w:tr>
      <w:tr>
        <w:tc>
          <w:tcPr>
            <w:tcW w:type="dxa" w:w="9746"/>
            <w:vAlign w:val="center"/>
            <w:shd w:fill="F8F2E7"/>
            <w:tcMar>
              <w:top w:w="0" w:type="dxa"/>
              <w:bottom w:w="0" w:type="dxa"/>
              <w:left w:w="0" w:type="dxa"/>
              <w:right w:w="0" w:type="dxa"/>
            </w:tcMar>
          </w:tcPr>
          <w:p>
            <w:pPr>
              <w:pStyle w:val="Artwork"/>
              <w:keepNext w:val="0"/>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6188399" cy="190500"/>
                  <wp:docPr id="11" name="Picture 11" descr="cap 487.28 FFFFFF 15 F8F2E7 bottom"/>
                  <wp:cNvGraphicFramePr>
                    <a:graphicFrameLocks noChangeAspect="1"/>
                  </wp:cNvGraphicFramePr>
                  <a:graphic>
                    <a:graphicData uri="http://schemas.openxmlformats.org/drawingml/2006/picture">
                      <pic:pic>
                        <pic:nvPicPr>
                          <pic:cNvPr id="0" name="cap_487.28_FFFFFF_15_F8F2E7_bottom.png"/>
                          <pic:cNvPicPr/>
                        </pic:nvPicPr>
                        <pic:blipFill>
                          <a:blip r:embed="rId19"/>
                          <a:stretch>
                            <a:fillRect/>
                          </a:stretch>
                        </pic:blipFill>
                        <pic:spPr>
                          <a:xfrm>
                            <a:off x="0" y="0"/>
                            <a:ext cx="6188399" cy="190500"/>
                          </a:xfrm>
                          <a:prstGeom prst="rect"/>
                        </pic:spPr>
                      </pic:pic>
                    </a:graphicData>
                  </a:graphic>
                </wp:inline>
              </w:drawing>
            </w:r>
          </w:p>
        </w:tc>
      </w:tr>
    </w:tbl>
    <w:p>
      <w:pPr>
        <w:keepNext w:val="0"/>
        <w:spacing w:before="0" w:after="0" w:line="20" w:lineRule="exact"/>
      </w:pPr>
      <w:r>
        <w:rPr>
          <w:sz w:val="2"/>
        </w:rPr>
      </w:r>
    </w:p>
    <w:p>
      <w:pPr>
        <w:pStyle w:val="Artwork"/>
        <w:keepNext w:val="0"/>
        <w:spacing w:before="0" w:after="0" w:line="240" w:lineRule="auto"/>
        <w:ind w:left="-1080" w:right="-1080" w:firstLine="0"/>
        <w:rPr>
          <w:sz w:val="2"/>
        </w:rPr>
      </w:pPr>
      <w:r>
        <w:rPr>
          <w:sz w:val="2"/>
          <w:position w:val="0"/>
        </w:rPr>
        <w:drawing>
          <wp:inline xmlns:a="http://schemas.openxmlformats.org/drawingml/2006/main" xmlns:pic="http://schemas.openxmlformats.org/drawingml/2006/picture" distT="0" distB="0" distL="0" distR="0">
            <wp:extent cx="7559999" cy="2111880"/>
            <wp:docPr id="12" name="Picture 12" descr="page 9 671.60 837.89"/>
            <wp:cNvGraphicFramePr>
              <a:graphicFrameLocks noChangeAspect="1"/>
            </wp:cNvGraphicFramePr>
            <a:graphic>
              <a:graphicData uri="http://schemas.openxmlformats.org/drawingml/2006/picture">
                <pic:pic>
                  <pic:nvPicPr>
                    <pic:cNvPr id="0" name="page_9_671.60_837.89.png"/>
                    <pic:cNvPicPr/>
                  </pic:nvPicPr>
                  <pic:blipFill>
                    <a:blip r:embed="rId20"/>
                    <a:stretch>
                      <a:fillRect/>
                    </a:stretch>
                  </pic:blipFill>
                  <pic:spPr>
                    <a:xfrm>
                      <a:off x="0" y="0"/>
                      <a:ext cx="7559999" cy="2111880"/>
                    </a:xfrm>
                    <a:prstGeom prst="rect"/>
                  </pic:spPr>
                </pic:pic>
              </a:graphicData>
            </a:graphic>
          </wp:inline>
        </w:drawing>
      </w:r>
    </w:p>
    <w:p>
      <w:pPr>
        <w:keepNext w:val="0"/>
        <w:spacing w:before="0" w:after="0" w:line="20" w:lineRule="exact"/>
        <w:sectPr>
          <w:pgSz w:w="11906" w:h="16838"/>
          <w:pgMar w:top="0" w:right="1080" w:bottom="0" w:left="1080" w:header="0" w:footer="0" w:gutter="0"/>
          <w:cols w:space="720"/>
          <w:docGrid w:linePitch="360"/>
        </w:sectPr>
      </w:pPr>
      <w:r>
        <w:rPr>
          <w:sz w:val="2"/>
        </w:rPr>
      </w:r>
    </w:p>
    <w:p>
      <w:pPr>
        <w:pStyle w:val="Artwork"/>
        <w:keepNext w:val="0"/>
        <w:spacing w:before="0" w:after="0" w:line="240" w:lineRule="auto"/>
        <w:ind w:left="-1080" w:right="-1080" w:firstLine="0"/>
        <w:rPr>
          <w:sz w:val="2"/>
        </w:rPr>
      </w:pPr>
      <w:r>
        <w:rPr>
          <w:sz w:val="2"/>
          <w:position w:val="0"/>
        </w:rPr>
        <w:drawing>
          <wp:inline xmlns:a="http://schemas.openxmlformats.org/drawingml/2006/main" xmlns:pic="http://schemas.openxmlformats.org/drawingml/2006/picture" distT="0" distB="0" distL="0" distR="0">
            <wp:extent cx="7559999" cy="2280920"/>
            <wp:docPr id="13" name="Picture 13" descr="page 10 0.00 179.60"/>
            <wp:cNvGraphicFramePr>
              <a:graphicFrameLocks noChangeAspect="1"/>
            </wp:cNvGraphicFramePr>
            <a:graphic>
              <a:graphicData uri="http://schemas.openxmlformats.org/drawingml/2006/picture">
                <pic:pic>
                  <pic:nvPicPr>
                    <pic:cNvPr id="0" name="page_10_0.00_179.60.png"/>
                    <pic:cNvPicPr/>
                  </pic:nvPicPr>
                  <pic:blipFill>
                    <a:blip r:embed="rId21"/>
                    <a:stretch>
                      <a:fillRect/>
                    </a:stretch>
                  </pic:blipFill>
                  <pic:spPr>
                    <a:xfrm>
                      <a:off x="0" y="0"/>
                      <a:ext cx="7559999" cy="2280920"/>
                    </a:xfrm>
                    <a:prstGeom prst="rect"/>
                  </pic:spPr>
                </pic:pic>
              </a:graphicData>
            </a:graphic>
          </wp:inline>
        </w:drawing>
      </w:r>
    </w:p>
    <w:tbl>
      <w:tblPr>
        <w:tblW w:type="dxa" w:w="9746"/>
        <w:jc w:val="center"/>
        <w:tblLayout w:type="fixed"/>
        <w:tblLook w:firstColumn="1" w:firstRow="1" w:lastColumn="0" w:lastRow="0" w:noHBand="0" w:noVBand="1" w:val="04A0"/>
        <w:tblBorders>
          <w:top w:val="nil"/>
          <w:left w:val="nil"/>
          <w:bottom w:val="nil"/>
          <w:right w:val="nil"/>
          <w:insideH w:val="nil"/>
          <w:insideV w:val="nil"/>
        </w:tblBorders>
      </w:tblPr>
      <w:tblGrid>
        <w:gridCol w:w="3115"/>
        <w:gridCol w:w="200"/>
        <w:gridCol w:w="3115"/>
        <w:gridCol w:w="200"/>
        <w:gridCol w:w="3115"/>
      </w:tblGrid>
      <w:tr>
        <w:tc>
          <w:tcPr>
            <w:tcW w:type="dxa" w:w="3115"/>
            <w:shd w:fill="F8F2E7"/>
            <w:tcMar>
              <w:top w:w="0" w:type="dxa"/>
              <w:bottom w:w="0" w:type="dxa"/>
              <w:left w:w="0" w:type="dxa"/>
              <w:right w:w="0" w:type="dxa"/>
            </w:tcMar>
            <w:vAlign w:val="center"/>
          </w:tcPr>
          <w:p>
            <w:pPr>
              <w:keepNext w:val="0"/>
              <w:spacing w:before="0" w:after="0" w:line="20" w:lineRule="exact"/>
            </w:pPr>
            <w:r>
              <w:rPr>
                <w:sz w:val="2"/>
              </w:rPr>
            </w:r>
          </w:p>
          <w:tbl>
            <w:tblPr>
              <w:tblW w:type="dxa" w:w="3115"/>
              <w:jc w:val="center"/>
              <w:tblLayout w:type="fixed"/>
              <w:tblLook w:firstColumn="1" w:firstRow="1" w:lastColumn="0" w:lastRow="0" w:noHBand="0" w:noVBand="1" w:val="04A0"/>
              <w:tblBorders>
                <w:top w:val="nil"/>
                <w:left w:val="nil"/>
                <w:bottom w:val="nil"/>
                <w:right w:val="nil"/>
                <w:insideH w:val="nil"/>
                <w:insideV w:val="nil"/>
              </w:tblBorders>
            </w:tblPr>
            <w:tblGrid>
              <w:gridCol w:w="3115"/>
            </w:tblGrid>
            <w:tr>
              <w:tc>
                <w:tcPr>
                  <w:tcW w:type="dxa" w:w="3115"/>
                  <w:vAlign w:val="center"/>
                  <w:shd w:fill="F8F2E7"/>
                  <w:tcMar>
                    <w:top w:w="0" w:type="dxa"/>
                    <w:bottom w:w="0" w:type="dxa"/>
                    <w:left w:w="0" w:type="dxa"/>
                    <w:right w:w="0" w:type="dxa"/>
                  </w:tcMar>
                </w:tcPr>
                <w:p>
                  <w:pPr>
                    <w:pStyle w:val="Artwork"/>
                    <w:keepNext/>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1978133" cy="190500"/>
                        <wp:docPr id="14" name="Picture 14" descr="cap 155.76 F7E3DE 15 F8F2E7 top"/>
                        <wp:cNvGraphicFramePr>
                          <a:graphicFrameLocks noChangeAspect="1"/>
                        </wp:cNvGraphicFramePr>
                        <a:graphic>
                          <a:graphicData uri="http://schemas.openxmlformats.org/drawingml/2006/picture">
                            <pic:pic>
                              <pic:nvPicPr>
                                <pic:cNvPr id="0" name="cap_155.76_F7E3DE_15_F8F2E7_top.png"/>
                                <pic:cNvPicPr/>
                              </pic:nvPicPr>
                              <pic:blipFill>
                                <a:blip r:embed="rId22"/>
                                <a:stretch>
                                  <a:fillRect/>
                                </a:stretch>
                              </pic:blipFill>
                              <pic:spPr>
                                <a:xfrm>
                                  <a:off x="0" y="0"/>
                                  <a:ext cx="1978133" cy="190500"/>
                                </a:xfrm>
                                <a:prstGeom prst="rect"/>
                              </pic:spPr>
                            </pic:pic>
                          </a:graphicData>
                        </a:graphic>
                      </wp:inline>
                    </w:drawing>
                  </w:r>
                </w:p>
              </w:tc>
            </w:tr>
            <w:tr>
              <w:trPr>
                <w:trHeight w:val="5680" w:hRule="atLeast"/>
              </w:trPr>
              <w:tc>
                <w:tcPr>
                  <w:tcW w:type="dxa" w:w="3115"/>
                  <w:vAlign w:val="center"/>
                  <w:shd w:fill="F7E3DE"/>
                  <w:tcMar>
                    <w:top w:w="0" w:type="dxa"/>
                    <w:bottom w:w="0" w:type="dxa"/>
                    <w:left w:w="260" w:type="dxa"/>
                    <w:right w:w="260" w:type="dxa"/>
                  </w:tcMar>
                  <w:tcBorders>
                    <w:left w:val="single" w:sz="4" w:color="DED9CE"/>
                    <w:right w:val="single" w:sz="4" w:color="DED9CE"/>
                  </w:tcBorders>
                </w:tcPr>
                <w:p>
                  <w:pPr>
                    <w:keepNext w:val="0"/>
                    <w:spacing w:before="0" w:after="0" w:line="20" w:lineRule="exact"/>
                  </w:pPr>
                  <w:r>
                    <w:rPr>
                      <w:sz w:val="2"/>
                    </w:rPr>
                  </w:r>
                </w:p>
                <w:p>
                  <w:pPr>
                    <w:keepNext/>
                    <w:spacing w:before="0" w:after="440" w:line="290" w:lineRule="exact"/>
                    <w:jc w:val="center"/>
                  </w:pPr>
                  <w:r>
                    <w:rPr>
                      <w:rFonts w:ascii="DejaVu Sans" w:hAnsi="DejaVu Sans"/>
                      <w:b/>
                      <w:color w:val="AF5546"/>
                      <w:sz w:val="21"/>
                    </w:rPr>
                    <w:t>HYPERAROUSAL</w:t>
                  </w:r>
                </w:p>
                <w:p>
                  <w:pPr>
                    <w:keepNext/>
                    <w:spacing w:before="0" w:after="20" w:line="317" w:lineRule="exact"/>
                  </w:pPr>
                  <w:r>
                    <w:rPr>
                      <w:rFonts w:ascii="DejaVu Sans" w:hAnsi="DejaVu Sans"/>
                      <w:b w:val="0"/>
                      <w:color w:val="192A2C"/>
                      <w:sz w:val="23"/>
                    </w:rPr>
                    <w:t>My body</w:t>
                  </w:r>
                </w:p>
                <w:p>
                  <w:pPr>
                    <w:keepNext w:val="0"/>
                    <w:spacing w:before="140" w:after="340" w:line="298" w:lineRule="exact"/>
                    <w:pBdr>
                      <w:bottom w:val="single" w:sz="4" w:space="5" w:color="D0D5CF"/>
                    </w:pBdr>
                  </w:pPr>
                  <w:r>
                    <w:rPr>
                      <w:rFonts w:ascii="DejaVu Sans" w:hAnsi="DejaVu Sans"/>
                      <w:b w:val="0"/>
                      <w:color w:val="677779"/>
                      <w:sz w:val="21"/>
                    </w:rPr>
                    <w:t>Type here</w:t>
                  </w:r>
                </w:p>
                <w:p>
                  <w:pPr>
                    <w:keepNext/>
                    <w:spacing w:before="0" w:after="20" w:line="317" w:lineRule="exact"/>
                  </w:pPr>
                  <w:r>
                    <w:rPr>
                      <w:rFonts w:ascii="DejaVu Sans" w:hAnsi="DejaVu Sans"/>
                      <w:b w:val="0"/>
                      <w:color w:val="192A2C"/>
                      <w:sz w:val="23"/>
                    </w:rPr>
                    <w:t>My thoughts</w:t>
                  </w:r>
                </w:p>
                <w:p>
                  <w:pPr>
                    <w:keepNext w:val="0"/>
                    <w:spacing w:before="140" w:after="340" w:line="298" w:lineRule="exact"/>
                    <w:pBdr>
                      <w:bottom w:val="single" w:sz="4" w:space="5" w:color="D0D5CF"/>
                    </w:pBdr>
                  </w:pPr>
                  <w:r>
                    <w:rPr>
                      <w:rFonts w:ascii="DejaVu Sans" w:hAnsi="DejaVu Sans"/>
                      <w:b w:val="0"/>
                      <w:color w:val="677779"/>
                      <w:sz w:val="21"/>
                    </w:rPr>
                    <w:t>Type here</w:t>
                  </w:r>
                </w:p>
                <w:p>
                  <w:pPr>
                    <w:keepNext/>
                    <w:spacing w:before="0" w:after="20" w:line="317" w:lineRule="exact"/>
                  </w:pPr>
                  <w:r>
                    <w:rPr>
                      <w:rFonts w:ascii="DejaVu Sans" w:hAnsi="DejaVu Sans"/>
                      <w:b w:val="0"/>
                      <w:color w:val="192A2C"/>
                      <w:sz w:val="23"/>
                    </w:rPr>
                    <w:t>My emotion</w:t>
                  </w:r>
                </w:p>
                <w:p>
                  <w:pPr>
                    <w:keepNext w:val="0"/>
                    <w:spacing w:before="140" w:after="340" w:line="298" w:lineRule="exact"/>
                    <w:pBdr>
                      <w:bottom w:val="single" w:sz="4" w:space="5" w:color="D0D5CF"/>
                    </w:pBdr>
                  </w:pPr>
                  <w:r>
                    <w:rPr>
                      <w:rFonts w:ascii="DejaVu Sans" w:hAnsi="DejaVu Sans"/>
                      <w:b w:val="0"/>
                      <w:color w:val="677779"/>
                      <w:sz w:val="21"/>
                    </w:rPr>
                    <w:t>Type here</w:t>
                  </w:r>
                </w:p>
                <w:p>
                  <w:pPr>
                    <w:keepNext/>
                    <w:spacing w:before="0" w:after="20" w:line="317" w:lineRule="exact"/>
                  </w:pPr>
                  <w:r>
                    <w:rPr>
                      <w:rFonts w:ascii="DejaVu Sans" w:hAnsi="DejaVu Sans"/>
                      <w:b w:val="0"/>
                      <w:color w:val="192A2C"/>
                      <w:sz w:val="23"/>
                    </w:rPr>
                    <w:t>My risk</w:t>
                  </w:r>
                </w:p>
                <w:p>
                  <w:pPr>
                    <w:keepNext w:val="0"/>
                    <w:spacing w:before="140" w:after="340" w:line="298" w:lineRule="exact"/>
                    <w:pBdr>
                      <w:bottom w:val="single" w:sz="4" w:space="5" w:color="D0D5CF"/>
                    </w:pBdr>
                  </w:pPr>
                  <w:r>
                    <w:rPr>
                      <w:rFonts w:ascii="DejaVu Sans" w:hAnsi="DejaVu Sans"/>
                      <w:b w:val="0"/>
                      <w:color w:val="677779"/>
                      <w:sz w:val="21"/>
                    </w:rPr>
                    <w:t>Type here</w:t>
                  </w:r>
                </w:p>
              </w:tc>
            </w:tr>
            <w:tr>
              <w:tc>
                <w:tcPr>
                  <w:tcW w:type="dxa" w:w="3115"/>
                  <w:vAlign w:val="center"/>
                  <w:shd w:fill="F8F2E7"/>
                  <w:tcMar>
                    <w:top w:w="0" w:type="dxa"/>
                    <w:bottom w:w="0" w:type="dxa"/>
                    <w:left w:w="0" w:type="dxa"/>
                    <w:right w:w="0" w:type="dxa"/>
                  </w:tcMar>
                </w:tcPr>
                <w:p>
                  <w:pPr>
                    <w:pStyle w:val="Artwork"/>
                    <w:keepNext w:val="0"/>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1978133" cy="190500"/>
                        <wp:docPr id="15" name="Picture 15" descr="cap 155.76 F7E3DE 15 F8F2E7 bottom"/>
                        <wp:cNvGraphicFramePr>
                          <a:graphicFrameLocks noChangeAspect="1"/>
                        </wp:cNvGraphicFramePr>
                        <a:graphic>
                          <a:graphicData uri="http://schemas.openxmlformats.org/drawingml/2006/picture">
                            <pic:pic>
                              <pic:nvPicPr>
                                <pic:cNvPr id="0" name="cap_155.76_F7E3DE_15_F8F2E7_bottom.png"/>
                                <pic:cNvPicPr/>
                              </pic:nvPicPr>
                              <pic:blipFill>
                                <a:blip r:embed="rId23"/>
                                <a:stretch>
                                  <a:fillRect/>
                                </a:stretch>
                              </pic:blipFill>
                              <pic:spPr>
                                <a:xfrm>
                                  <a:off x="0" y="0"/>
                                  <a:ext cx="1978133" cy="190500"/>
                                </a:xfrm>
                                <a:prstGeom prst="rect"/>
                              </pic:spPr>
                            </pic:pic>
                          </a:graphicData>
                        </a:graphic>
                      </wp:inline>
                    </w:drawing>
                  </w:r>
                </w:p>
              </w:tc>
            </w:tr>
          </w:tbl>
          <w:p>
            <w:pPr>
              <w:keepNext w:val="0"/>
              <w:spacing w:before="0" w:after="0" w:line="20" w:lineRule="exact"/>
            </w:pPr>
            <w:r>
              <w:rPr>
                <w:sz w:val="2"/>
              </w:rPr>
            </w:r>
          </w:p>
        </w:tc>
        <w:tc>
          <w:tcPr>
            <w:tcW w:type="dxa" w:w="200"/>
            <w:shd w:fill="F8F2E7"/>
            <w:tcMar>
              <w:top w:w="0" w:type="dxa"/>
              <w:bottom w:w="0" w:type="dxa"/>
              <w:left w:w="0" w:type="dxa"/>
              <w:right w:w="0" w:type="dxa"/>
            </w:tcMar>
            <w:vAlign w:val="center"/>
          </w:tcPr>
          <w:p>
            <w:pPr>
              <w:keepNext w:val="0"/>
              <w:spacing w:before="0" w:after="0" w:line="20" w:lineRule="exact"/>
            </w:pPr>
            <w:r>
              <w:rPr>
                <w:sz w:val="2"/>
              </w:rPr>
            </w:r>
          </w:p>
        </w:tc>
        <w:tc>
          <w:tcPr>
            <w:tcW w:type="dxa" w:w="3115"/>
            <w:shd w:fill="F8F2E7"/>
            <w:tcMar>
              <w:top w:w="0" w:type="dxa"/>
              <w:bottom w:w="0" w:type="dxa"/>
              <w:left w:w="0" w:type="dxa"/>
              <w:right w:w="0" w:type="dxa"/>
            </w:tcMar>
            <w:vAlign w:val="center"/>
          </w:tcPr>
          <w:p>
            <w:pPr>
              <w:keepNext w:val="0"/>
              <w:spacing w:before="0" w:after="0" w:line="20" w:lineRule="exact"/>
            </w:pPr>
            <w:r>
              <w:rPr>
                <w:sz w:val="2"/>
              </w:rPr>
            </w:r>
          </w:p>
          <w:tbl>
            <w:tblPr>
              <w:tblW w:type="dxa" w:w="3115"/>
              <w:jc w:val="center"/>
              <w:tblLayout w:type="fixed"/>
              <w:tblLook w:firstColumn="1" w:firstRow="1" w:lastColumn="0" w:lastRow="0" w:noHBand="0" w:noVBand="1" w:val="04A0"/>
              <w:tblBorders>
                <w:top w:val="nil"/>
                <w:left w:val="nil"/>
                <w:bottom w:val="nil"/>
                <w:right w:val="nil"/>
                <w:insideH w:val="nil"/>
                <w:insideV w:val="nil"/>
              </w:tblBorders>
            </w:tblPr>
            <w:tblGrid>
              <w:gridCol w:w="3115"/>
            </w:tblGrid>
            <w:tr>
              <w:tc>
                <w:tcPr>
                  <w:tcW w:type="dxa" w:w="3115"/>
                  <w:vAlign w:val="center"/>
                  <w:shd w:fill="F8F2E7"/>
                  <w:tcMar>
                    <w:top w:w="0" w:type="dxa"/>
                    <w:bottom w:w="0" w:type="dxa"/>
                    <w:left w:w="0" w:type="dxa"/>
                    <w:right w:w="0" w:type="dxa"/>
                  </w:tcMar>
                </w:tcPr>
                <w:p>
                  <w:pPr>
                    <w:pStyle w:val="Artwork"/>
                    <w:keepNext/>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1978133" cy="190500"/>
                        <wp:docPr id="16" name="Picture 16" descr="cap 155.76 E2F2E7 15 F8F2E7 top"/>
                        <wp:cNvGraphicFramePr>
                          <a:graphicFrameLocks noChangeAspect="1"/>
                        </wp:cNvGraphicFramePr>
                        <a:graphic>
                          <a:graphicData uri="http://schemas.openxmlformats.org/drawingml/2006/picture">
                            <pic:pic>
                              <pic:nvPicPr>
                                <pic:cNvPr id="0" name="cap_155.76_E2F2E7_15_F8F2E7_top.png"/>
                                <pic:cNvPicPr/>
                              </pic:nvPicPr>
                              <pic:blipFill>
                                <a:blip r:embed="rId24"/>
                                <a:stretch>
                                  <a:fillRect/>
                                </a:stretch>
                              </pic:blipFill>
                              <pic:spPr>
                                <a:xfrm>
                                  <a:off x="0" y="0"/>
                                  <a:ext cx="1978133" cy="190500"/>
                                </a:xfrm>
                                <a:prstGeom prst="rect"/>
                              </pic:spPr>
                            </pic:pic>
                          </a:graphicData>
                        </a:graphic>
                      </wp:inline>
                    </w:drawing>
                  </w:r>
                </w:p>
              </w:tc>
            </w:tr>
            <w:tr>
              <w:trPr>
                <w:trHeight w:val="5680" w:hRule="atLeast"/>
              </w:trPr>
              <w:tc>
                <w:tcPr>
                  <w:tcW w:type="dxa" w:w="3115"/>
                  <w:vAlign w:val="center"/>
                  <w:shd w:fill="E2F2E7"/>
                  <w:tcMar>
                    <w:top w:w="0" w:type="dxa"/>
                    <w:bottom w:w="0" w:type="dxa"/>
                    <w:left w:w="260" w:type="dxa"/>
                    <w:right w:w="260" w:type="dxa"/>
                  </w:tcMar>
                  <w:tcBorders>
                    <w:left w:val="single" w:sz="4" w:color="DED9CE"/>
                    <w:right w:val="single" w:sz="4" w:color="DED9CE"/>
                  </w:tcBorders>
                </w:tcPr>
                <w:p>
                  <w:pPr>
                    <w:keepNext w:val="0"/>
                    <w:spacing w:before="0" w:after="0" w:line="20" w:lineRule="exact"/>
                  </w:pPr>
                  <w:r>
                    <w:rPr>
                      <w:sz w:val="2"/>
                    </w:rPr>
                  </w:r>
                </w:p>
                <w:p>
                  <w:pPr>
                    <w:keepNext/>
                    <w:spacing w:before="0" w:after="440" w:line="290" w:lineRule="exact"/>
                    <w:jc w:val="center"/>
                  </w:pPr>
                  <w:r>
                    <w:rPr>
                      <w:rFonts w:ascii="DejaVu Sans" w:hAnsi="DejaVu Sans"/>
                      <w:b/>
                      <w:color w:val="438360"/>
                      <w:sz w:val="21"/>
                    </w:rPr>
                    <w:t>RECOVERY WINDOW</w:t>
                  </w:r>
                </w:p>
                <w:p>
                  <w:pPr>
                    <w:keepNext/>
                    <w:spacing w:before="0" w:after="20" w:line="317" w:lineRule="exact"/>
                  </w:pPr>
                  <w:r>
                    <w:rPr>
                      <w:rFonts w:ascii="DejaVu Sans" w:hAnsi="DejaVu Sans"/>
                      <w:b w:val="0"/>
                      <w:color w:val="192A2C"/>
                      <w:sz w:val="23"/>
                    </w:rPr>
                    <w:t>My body</w:t>
                  </w:r>
                </w:p>
                <w:p>
                  <w:pPr>
                    <w:keepNext w:val="0"/>
                    <w:spacing w:before="140" w:after="340" w:line="298" w:lineRule="exact"/>
                    <w:pBdr>
                      <w:bottom w:val="single" w:sz="4" w:space="5" w:color="D0D5CF"/>
                    </w:pBdr>
                  </w:pPr>
                  <w:r>
                    <w:rPr>
                      <w:rFonts w:ascii="DejaVu Sans" w:hAnsi="DejaVu Sans"/>
                      <w:b w:val="0"/>
                      <w:color w:val="677779"/>
                      <w:sz w:val="21"/>
                    </w:rPr>
                    <w:t>Type here</w:t>
                  </w:r>
                </w:p>
                <w:p>
                  <w:pPr>
                    <w:keepNext/>
                    <w:spacing w:before="0" w:after="20" w:line="317" w:lineRule="exact"/>
                  </w:pPr>
                  <w:r>
                    <w:rPr>
                      <w:rFonts w:ascii="DejaVu Sans" w:hAnsi="DejaVu Sans"/>
                      <w:b w:val="0"/>
                      <w:color w:val="192A2C"/>
                      <w:sz w:val="23"/>
                    </w:rPr>
                    <w:t>My truth</w:t>
                  </w:r>
                </w:p>
                <w:p>
                  <w:pPr>
                    <w:keepNext w:val="0"/>
                    <w:spacing w:before="140" w:after="340" w:line="298" w:lineRule="exact"/>
                    <w:pBdr>
                      <w:bottom w:val="single" w:sz="4" w:space="5" w:color="D0D5CF"/>
                    </w:pBdr>
                  </w:pPr>
                  <w:r>
                    <w:rPr>
                      <w:rFonts w:ascii="DejaVu Sans" w:hAnsi="DejaVu Sans"/>
                      <w:b w:val="0"/>
                      <w:color w:val="677779"/>
                      <w:sz w:val="21"/>
                    </w:rPr>
                    <w:t>Type here</w:t>
                  </w:r>
                </w:p>
                <w:p>
                  <w:pPr>
                    <w:keepNext/>
                    <w:spacing w:before="0" w:after="20" w:line="317" w:lineRule="exact"/>
                  </w:pPr>
                  <w:r>
                    <w:rPr>
                      <w:rFonts w:ascii="DejaVu Sans" w:hAnsi="DejaVu Sans"/>
                      <w:b w:val="0"/>
                      <w:color w:val="192A2C"/>
                      <w:sz w:val="23"/>
                    </w:rPr>
                    <w:t>My support</w:t>
                  </w:r>
                </w:p>
                <w:p>
                  <w:pPr>
                    <w:keepNext w:val="0"/>
                    <w:spacing w:before="140" w:after="340" w:line="298" w:lineRule="exact"/>
                    <w:pBdr>
                      <w:bottom w:val="single" w:sz="4" w:space="5" w:color="D0D5CF"/>
                    </w:pBdr>
                  </w:pPr>
                  <w:r>
                    <w:rPr>
                      <w:rFonts w:ascii="DejaVu Sans" w:hAnsi="DejaVu Sans"/>
                      <w:b w:val="0"/>
                      <w:color w:val="677779"/>
                      <w:sz w:val="21"/>
                    </w:rPr>
                    <w:t>Type here</w:t>
                  </w:r>
                </w:p>
                <w:p>
                  <w:pPr>
                    <w:keepNext/>
                    <w:spacing w:before="0" w:after="20" w:line="317" w:lineRule="exact"/>
                  </w:pPr>
                  <w:r>
                    <w:rPr>
                      <w:rFonts w:ascii="DejaVu Sans" w:hAnsi="DejaVu Sans"/>
                      <w:b w:val="0"/>
                      <w:color w:val="192A2C"/>
                      <w:sz w:val="23"/>
                    </w:rPr>
                    <w:t>My next action</w:t>
                  </w:r>
                </w:p>
                <w:p>
                  <w:pPr>
                    <w:keepNext w:val="0"/>
                    <w:spacing w:before="140" w:after="340" w:line="298" w:lineRule="exact"/>
                    <w:pBdr>
                      <w:bottom w:val="single" w:sz="4" w:space="5" w:color="D0D5CF"/>
                    </w:pBdr>
                  </w:pPr>
                  <w:r>
                    <w:rPr>
                      <w:rFonts w:ascii="DejaVu Sans" w:hAnsi="DejaVu Sans"/>
                      <w:b w:val="0"/>
                      <w:color w:val="677779"/>
                      <w:sz w:val="21"/>
                    </w:rPr>
                    <w:t>Type here</w:t>
                  </w:r>
                </w:p>
              </w:tc>
            </w:tr>
            <w:tr>
              <w:tc>
                <w:tcPr>
                  <w:tcW w:type="dxa" w:w="3115"/>
                  <w:vAlign w:val="center"/>
                  <w:shd w:fill="F8F2E7"/>
                  <w:tcMar>
                    <w:top w:w="0" w:type="dxa"/>
                    <w:bottom w:w="0" w:type="dxa"/>
                    <w:left w:w="0" w:type="dxa"/>
                    <w:right w:w="0" w:type="dxa"/>
                  </w:tcMar>
                </w:tcPr>
                <w:p>
                  <w:pPr>
                    <w:pStyle w:val="Artwork"/>
                    <w:keepNext w:val="0"/>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1978133" cy="190500"/>
                        <wp:docPr id="17" name="Picture 17" descr="cap 155.76 E2F2E7 15 F8F2E7 bottom"/>
                        <wp:cNvGraphicFramePr>
                          <a:graphicFrameLocks noChangeAspect="1"/>
                        </wp:cNvGraphicFramePr>
                        <a:graphic>
                          <a:graphicData uri="http://schemas.openxmlformats.org/drawingml/2006/picture">
                            <pic:pic>
                              <pic:nvPicPr>
                                <pic:cNvPr id="0" name="cap_155.76_E2F2E7_15_F8F2E7_bottom.png"/>
                                <pic:cNvPicPr/>
                              </pic:nvPicPr>
                              <pic:blipFill>
                                <a:blip r:embed="rId25"/>
                                <a:stretch>
                                  <a:fillRect/>
                                </a:stretch>
                              </pic:blipFill>
                              <pic:spPr>
                                <a:xfrm>
                                  <a:off x="0" y="0"/>
                                  <a:ext cx="1978133" cy="190500"/>
                                </a:xfrm>
                                <a:prstGeom prst="rect"/>
                              </pic:spPr>
                            </pic:pic>
                          </a:graphicData>
                        </a:graphic>
                      </wp:inline>
                    </w:drawing>
                  </w:r>
                </w:p>
              </w:tc>
            </w:tr>
          </w:tbl>
          <w:p>
            <w:pPr>
              <w:keepNext w:val="0"/>
              <w:spacing w:before="0" w:after="0" w:line="20" w:lineRule="exact"/>
            </w:pPr>
            <w:r>
              <w:rPr>
                <w:sz w:val="2"/>
              </w:rPr>
            </w:r>
          </w:p>
        </w:tc>
        <w:tc>
          <w:tcPr>
            <w:tcW w:type="dxa" w:w="200"/>
            <w:shd w:fill="F8F2E7"/>
            <w:tcMar>
              <w:top w:w="0" w:type="dxa"/>
              <w:bottom w:w="0" w:type="dxa"/>
              <w:left w:w="0" w:type="dxa"/>
              <w:right w:w="0" w:type="dxa"/>
            </w:tcMar>
            <w:vAlign w:val="center"/>
          </w:tcPr>
          <w:p>
            <w:pPr>
              <w:keepNext w:val="0"/>
              <w:spacing w:before="0" w:after="0" w:line="20" w:lineRule="exact"/>
            </w:pPr>
            <w:r>
              <w:rPr>
                <w:sz w:val="2"/>
              </w:rPr>
            </w:r>
          </w:p>
        </w:tc>
        <w:tc>
          <w:tcPr>
            <w:tcW w:type="dxa" w:w="3115"/>
            <w:shd w:fill="F8F2E7"/>
            <w:tcMar>
              <w:top w:w="0" w:type="dxa"/>
              <w:bottom w:w="0" w:type="dxa"/>
              <w:left w:w="0" w:type="dxa"/>
              <w:right w:w="0" w:type="dxa"/>
            </w:tcMar>
            <w:vAlign w:val="center"/>
          </w:tcPr>
          <w:p>
            <w:pPr>
              <w:keepNext w:val="0"/>
              <w:spacing w:before="0" w:after="0" w:line="20" w:lineRule="exact"/>
            </w:pPr>
            <w:r>
              <w:rPr>
                <w:sz w:val="2"/>
              </w:rPr>
            </w:r>
          </w:p>
          <w:tbl>
            <w:tblPr>
              <w:tblW w:type="dxa" w:w="3115"/>
              <w:jc w:val="center"/>
              <w:tblLayout w:type="fixed"/>
              <w:tblLook w:firstColumn="1" w:firstRow="1" w:lastColumn="0" w:lastRow="0" w:noHBand="0" w:noVBand="1" w:val="04A0"/>
              <w:tblBorders>
                <w:top w:val="nil"/>
                <w:left w:val="nil"/>
                <w:bottom w:val="nil"/>
                <w:right w:val="nil"/>
                <w:insideH w:val="nil"/>
                <w:insideV w:val="nil"/>
              </w:tblBorders>
            </w:tblPr>
            <w:tblGrid>
              <w:gridCol w:w="3115"/>
            </w:tblGrid>
            <w:tr>
              <w:tc>
                <w:tcPr>
                  <w:tcW w:type="dxa" w:w="3115"/>
                  <w:vAlign w:val="center"/>
                  <w:shd w:fill="F8F2E7"/>
                  <w:tcMar>
                    <w:top w:w="0" w:type="dxa"/>
                    <w:bottom w:w="0" w:type="dxa"/>
                    <w:left w:w="0" w:type="dxa"/>
                    <w:right w:w="0" w:type="dxa"/>
                  </w:tcMar>
                </w:tcPr>
                <w:p>
                  <w:pPr>
                    <w:pStyle w:val="Artwork"/>
                    <w:keepNext/>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1978133" cy="190500"/>
                        <wp:docPr id="18" name="Picture 18" descr="cap 155.76 ECE7F7 15 F8F2E7 top"/>
                        <wp:cNvGraphicFramePr>
                          <a:graphicFrameLocks noChangeAspect="1"/>
                        </wp:cNvGraphicFramePr>
                        <a:graphic>
                          <a:graphicData uri="http://schemas.openxmlformats.org/drawingml/2006/picture">
                            <pic:pic>
                              <pic:nvPicPr>
                                <pic:cNvPr id="0" name="cap_155.76_ECE7F7_15_F8F2E7_top.png"/>
                                <pic:cNvPicPr/>
                              </pic:nvPicPr>
                              <pic:blipFill>
                                <a:blip r:embed="rId26"/>
                                <a:stretch>
                                  <a:fillRect/>
                                </a:stretch>
                              </pic:blipFill>
                              <pic:spPr>
                                <a:xfrm>
                                  <a:off x="0" y="0"/>
                                  <a:ext cx="1978133" cy="190500"/>
                                </a:xfrm>
                                <a:prstGeom prst="rect"/>
                              </pic:spPr>
                            </pic:pic>
                          </a:graphicData>
                        </a:graphic>
                      </wp:inline>
                    </w:drawing>
                  </w:r>
                </w:p>
              </w:tc>
            </w:tr>
            <w:tr>
              <w:trPr>
                <w:trHeight w:val="5680" w:hRule="atLeast"/>
              </w:trPr>
              <w:tc>
                <w:tcPr>
                  <w:tcW w:type="dxa" w:w="3115"/>
                  <w:vAlign w:val="center"/>
                  <w:shd w:fill="ECE7F7"/>
                  <w:tcMar>
                    <w:top w:w="0" w:type="dxa"/>
                    <w:bottom w:w="0" w:type="dxa"/>
                    <w:left w:w="260" w:type="dxa"/>
                    <w:right w:w="260" w:type="dxa"/>
                  </w:tcMar>
                  <w:tcBorders>
                    <w:left w:val="single" w:sz="4" w:color="DED9CE"/>
                    <w:right w:val="single" w:sz="4" w:color="DED9CE"/>
                  </w:tcBorders>
                </w:tcPr>
                <w:p>
                  <w:pPr>
                    <w:keepNext w:val="0"/>
                    <w:spacing w:before="0" w:after="0" w:line="20" w:lineRule="exact"/>
                  </w:pPr>
                  <w:r>
                    <w:rPr>
                      <w:sz w:val="2"/>
                    </w:rPr>
                  </w:r>
                </w:p>
                <w:p>
                  <w:pPr>
                    <w:keepNext/>
                    <w:spacing w:before="0" w:after="440" w:line="290" w:lineRule="exact"/>
                    <w:jc w:val="center"/>
                  </w:pPr>
                  <w:r>
                    <w:rPr>
                      <w:rFonts w:ascii="DejaVu Sans" w:hAnsi="DejaVu Sans"/>
                      <w:b/>
                      <w:color w:val="7160A1"/>
                      <w:sz w:val="21"/>
                    </w:rPr>
                    <w:t>HYPOAROUSAL</w:t>
                  </w:r>
                </w:p>
                <w:p>
                  <w:pPr>
                    <w:keepNext/>
                    <w:spacing w:before="0" w:after="20" w:line="317" w:lineRule="exact"/>
                  </w:pPr>
                  <w:r>
                    <w:rPr>
                      <w:rFonts w:ascii="DejaVu Sans" w:hAnsi="DejaVu Sans"/>
                      <w:b w:val="0"/>
                      <w:color w:val="192A2C"/>
                      <w:sz w:val="23"/>
                    </w:rPr>
                    <w:t>My body</w:t>
                  </w:r>
                </w:p>
                <w:p>
                  <w:pPr>
                    <w:keepNext w:val="0"/>
                    <w:spacing w:before="140" w:after="340" w:line="298" w:lineRule="exact"/>
                    <w:pBdr>
                      <w:bottom w:val="single" w:sz="4" w:space="5" w:color="D0D5CF"/>
                    </w:pBdr>
                  </w:pPr>
                  <w:r>
                    <w:rPr>
                      <w:rFonts w:ascii="DejaVu Sans" w:hAnsi="DejaVu Sans"/>
                      <w:b w:val="0"/>
                      <w:color w:val="677779"/>
                      <w:sz w:val="21"/>
                    </w:rPr>
                    <w:t>Type here</w:t>
                  </w:r>
                </w:p>
                <w:p>
                  <w:pPr>
                    <w:keepNext/>
                    <w:spacing w:before="0" w:after="20" w:line="317" w:lineRule="exact"/>
                  </w:pPr>
                  <w:r>
                    <w:rPr>
                      <w:rFonts w:ascii="DejaVu Sans" w:hAnsi="DejaVu Sans"/>
                      <w:b w:val="0"/>
                      <w:color w:val="192A2C"/>
                      <w:sz w:val="23"/>
                    </w:rPr>
                    <w:t>My thoughts</w:t>
                  </w:r>
                </w:p>
                <w:p>
                  <w:pPr>
                    <w:keepNext w:val="0"/>
                    <w:spacing w:before="140" w:after="340" w:line="298" w:lineRule="exact"/>
                    <w:pBdr>
                      <w:bottom w:val="single" w:sz="4" w:space="5" w:color="D0D5CF"/>
                    </w:pBdr>
                  </w:pPr>
                  <w:r>
                    <w:rPr>
                      <w:rFonts w:ascii="DejaVu Sans" w:hAnsi="DejaVu Sans"/>
                      <w:b w:val="0"/>
                      <w:color w:val="677779"/>
                      <w:sz w:val="21"/>
                    </w:rPr>
                    <w:t>Type here</w:t>
                  </w:r>
                </w:p>
                <w:p>
                  <w:pPr>
                    <w:keepNext/>
                    <w:spacing w:before="0" w:after="20" w:line="317" w:lineRule="exact"/>
                  </w:pPr>
                  <w:r>
                    <w:rPr>
                      <w:rFonts w:ascii="DejaVu Sans" w:hAnsi="DejaVu Sans"/>
                      <w:b w:val="0"/>
                      <w:color w:val="192A2C"/>
                      <w:sz w:val="23"/>
                    </w:rPr>
                    <w:t>My emotion</w:t>
                  </w:r>
                </w:p>
                <w:p>
                  <w:pPr>
                    <w:keepNext w:val="0"/>
                    <w:spacing w:before="140" w:after="340" w:line="298" w:lineRule="exact"/>
                    <w:pBdr>
                      <w:bottom w:val="single" w:sz="4" w:space="5" w:color="D0D5CF"/>
                    </w:pBdr>
                  </w:pPr>
                  <w:r>
                    <w:rPr>
                      <w:rFonts w:ascii="DejaVu Sans" w:hAnsi="DejaVu Sans"/>
                      <w:b w:val="0"/>
                      <w:color w:val="677779"/>
                      <w:sz w:val="21"/>
                    </w:rPr>
                    <w:t>Type here</w:t>
                  </w:r>
                </w:p>
                <w:p>
                  <w:pPr>
                    <w:keepNext/>
                    <w:spacing w:before="0" w:after="20" w:line="317" w:lineRule="exact"/>
                  </w:pPr>
                  <w:r>
                    <w:rPr>
                      <w:rFonts w:ascii="DejaVu Sans" w:hAnsi="DejaVu Sans"/>
                      <w:b w:val="0"/>
                      <w:color w:val="192A2C"/>
                      <w:sz w:val="23"/>
                    </w:rPr>
                    <w:t>My risk</w:t>
                  </w:r>
                </w:p>
                <w:p>
                  <w:pPr>
                    <w:keepNext w:val="0"/>
                    <w:spacing w:before="140" w:after="340" w:line="298" w:lineRule="exact"/>
                    <w:pBdr>
                      <w:bottom w:val="single" w:sz="4" w:space="5" w:color="D0D5CF"/>
                    </w:pBdr>
                  </w:pPr>
                  <w:r>
                    <w:rPr>
                      <w:rFonts w:ascii="DejaVu Sans" w:hAnsi="DejaVu Sans"/>
                      <w:b w:val="0"/>
                      <w:color w:val="677779"/>
                      <w:sz w:val="21"/>
                    </w:rPr>
                    <w:t>Type here</w:t>
                  </w:r>
                </w:p>
              </w:tc>
            </w:tr>
            <w:tr>
              <w:tc>
                <w:tcPr>
                  <w:tcW w:type="dxa" w:w="3115"/>
                  <w:vAlign w:val="center"/>
                  <w:shd w:fill="F8F2E7"/>
                  <w:tcMar>
                    <w:top w:w="0" w:type="dxa"/>
                    <w:bottom w:w="0" w:type="dxa"/>
                    <w:left w:w="0" w:type="dxa"/>
                    <w:right w:w="0" w:type="dxa"/>
                  </w:tcMar>
                </w:tcPr>
                <w:p>
                  <w:pPr>
                    <w:pStyle w:val="Artwork"/>
                    <w:keepNext w:val="0"/>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1978133" cy="190500"/>
                        <wp:docPr id="19" name="Picture 19" descr="cap 155.76 ECE7F7 15 F8F2E7 bottom"/>
                        <wp:cNvGraphicFramePr>
                          <a:graphicFrameLocks noChangeAspect="1"/>
                        </wp:cNvGraphicFramePr>
                        <a:graphic>
                          <a:graphicData uri="http://schemas.openxmlformats.org/drawingml/2006/picture">
                            <pic:pic>
                              <pic:nvPicPr>
                                <pic:cNvPr id="0" name="cap_155.76_ECE7F7_15_F8F2E7_bottom.png"/>
                                <pic:cNvPicPr/>
                              </pic:nvPicPr>
                              <pic:blipFill>
                                <a:blip r:embed="rId27"/>
                                <a:stretch>
                                  <a:fillRect/>
                                </a:stretch>
                              </pic:blipFill>
                              <pic:spPr>
                                <a:xfrm>
                                  <a:off x="0" y="0"/>
                                  <a:ext cx="1978133" cy="190500"/>
                                </a:xfrm>
                                <a:prstGeom prst="rect"/>
                              </pic:spPr>
                            </pic:pic>
                          </a:graphicData>
                        </a:graphic>
                      </wp:inline>
                    </w:drawing>
                  </w:r>
                </w:p>
              </w:tc>
            </w:tr>
          </w:tbl>
          <w:p>
            <w:pPr>
              <w:keepNext w:val="0"/>
              <w:spacing w:before="0" w:after="0" w:line="20" w:lineRule="exact"/>
            </w:pPr>
            <w:r>
              <w:rPr>
                <w:sz w:val="2"/>
              </w:rPr>
            </w:r>
          </w:p>
        </w:tc>
      </w:tr>
    </w:tbl>
    <w:p>
      <w:pPr>
        <w:keepNext w:val="0"/>
        <w:spacing w:before="0" w:after="0" w:line="440" w:lineRule="exact"/>
      </w:pPr>
      <w:r>
        <w:rPr>
          <w:sz w:val="2"/>
        </w:rPr>
      </w:r>
    </w:p>
    <w:tbl>
      <w:tblPr>
        <w:tblW w:type="dxa" w:w="9746"/>
        <w:jc w:val="center"/>
        <w:tblLayout w:type="fixed"/>
        <w:tblLook w:firstColumn="1" w:firstRow="1" w:lastColumn="0" w:lastRow="0" w:noHBand="0" w:noVBand="1" w:val="04A0"/>
        <w:tblBorders>
          <w:top w:val="nil"/>
          <w:left w:val="nil"/>
          <w:bottom w:val="nil"/>
          <w:right w:val="nil"/>
          <w:insideH w:val="nil"/>
          <w:insideV w:val="nil"/>
        </w:tblBorders>
      </w:tblPr>
      <w:tblGrid>
        <w:gridCol w:w="9746"/>
      </w:tblGrid>
      <w:tr>
        <w:tc>
          <w:tcPr>
            <w:tcW w:type="dxa" w:w="9746"/>
            <w:vAlign w:val="center"/>
            <w:shd w:fill="F8F2E7"/>
            <w:tcMar>
              <w:top w:w="0" w:type="dxa"/>
              <w:bottom w:w="0" w:type="dxa"/>
              <w:left w:w="0" w:type="dxa"/>
              <w:right w:w="0" w:type="dxa"/>
            </w:tcMar>
          </w:tcPr>
          <w:p>
            <w:pPr>
              <w:pStyle w:val="Artwork"/>
              <w:keepNext/>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6188399" cy="190500"/>
                  <wp:docPr id="20" name="Picture 20" descr="cap 487.28 FFFFFF 15 F8F2E7 top"/>
                  <wp:cNvGraphicFramePr>
                    <a:graphicFrameLocks noChangeAspect="1"/>
                  </wp:cNvGraphicFramePr>
                  <a:graphic>
                    <a:graphicData uri="http://schemas.openxmlformats.org/drawingml/2006/picture">
                      <pic:pic>
                        <pic:nvPicPr>
                          <pic:cNvPr id="0" name="cap_487.28_FFFFFF_15_F8F2E7_top.png"/>
                          <pic:cNvPicPr/>
                        </pic:nvPicPr>
                        <pic:blipFill>
                          <a:blip r:embed="rId18"/>
                          <a:stretch>
                            <a:fillRect/>
                          </a:stretch>
                        </pic:blipFill>
                        <pic:spPr>
                          <a:xfrm>
                            <a:off x="0" y="0"/>
                            <a:ext cx="6188399" cy="190500"/>
                          </a:xfrm>
                          <a:prstGeom prst="rect"/>
                        </pic:spPr>
                      </pic:pic>
                    </a:graphicData>
                  </a:graphic>
                </wp:inline>
              </w:drawing>
            </w:r>
          </w:p>
        </w:tc>
      </w:tr>
      <w:tr>
        <w:trPr>
          <w:trHeight w:val="4320" w:hRule="atLeast"/>
        </w:trPr>
        <w:tc>
          <w:tcPr>
            <w:tcW w:type="dxa" w:w="9746"/>
            <w:vAlign w:val="center"/>
            <w:shd w:fill="FFFFFF"/>
            <w:tcMar>
              <w:top w:w="0" w:type="dxa"/>
              <w:bottom w:w="0" w:type="dxa"/>
              <w:left w:w="400" w:type="dxa"/>
              <w:right w:w="400" w:type="dxa"/>
            </w:tcMar>
            <w:tcBorders>
              <w:left w:val="single" w:sz="4" w:color="DED9CE"/>
              <w:right w:val="single" w:sz="4" w:color="DED9CE"/>
            </w:tcBorders>
          </w:tcPr>
          <w:p>
            <w:pPr>
              <w:keepNext w:val="0"/>
              <w:spacing w:before="0" w:after="0" w:line="20" w:lineRule="exact"/>
            </w:pPr>
            <w:r>
              <w:rPr>
                <w:sz w:val="2"/>
              </w:rPr>
            </w:r>
          </w:p>
          <w:p>
            <w:pPr>
              <w:keepNext/>
              <w:spacing w:before="0" w:after="240" w:line="428" w:lineRule="exact"/>
              <w:jc w:val="center"/>
            </w:pPr>
            <w:r>
              <w:rPr>
                <w:rFonts w:ascii="DejaVu Sans" w:hAnsi="DejaVu Sans"/>
                <w:b/>
                <w:color w:val="0F6F74"/>
                <w:sz w:val="31"/>
              </w:rPr>
              <w:t>Daily reflection</w:t>
            </w:r>
          </w:p>
          <w:p>
            <w:pPr>
              <w:keepNext/>
              <w:spacing w:before="0" w:after="60" w:line="337" w:lineRule="exact"/>
            </w:pPr>
            <w:r>
              <w:rPr>
                <w:rFonts w:ascii="DejaVu Sans" w:hAnsi="DejaVu Sans"/>
                <w:b/>
                <w:color w:val="192A2C"/>
                <w:sz w:val="24"/>
              </w:rPr>
              <w:t>Today my nervous system state was</w:t>
            </w:r>
          </w:p>
          <w:p>
            <w:pPr>
              <w:keepNext w:val="0"/>
              <w:spacing w:before="120" w:after="280" w:line="317" w:lineRule="exact"/>
              <w:pBdr>
                <w:bottom w:val="single" w:sz="4" w:space="8" w:color="D0D5CF"/>
              </w:pBdr>
            </w:pPr>
            <w:r>
              <w:rPr>
                <w:rFonts w:ascii="DejaVu Sans" w:hAnsi="DejaVu Sans"/>
                <w:b w:val="0"/>
                <w:color w:val="677779"/>
                <w:sz w:val="23"/>
              </w:rPr>
              <w:t>Type here</w:t>
            </w:r>
          </w:p>
          <w:p>
            <w:pPr>
              <w:keepNext/>
              <w:spacing w:before="0" w:after="60" w:line="337" w:lineRule="exact"/>
            </w:pPr>
            <w:r>
              <w:rPr>
                <w:rFonts w:ascii="DejaVu Sans" w:hAnsi="DejaVu Sans"/>
                <w:b/>
                <w:color w:val="192A2C"/>
                <w:sz w:val="24"/>
              </w:rPr>
              <w:t>The story the mind offered was</w:t>
            </w:r>
          </w:p>
          <w:p>
            <w:pPr>
              <w:keepNext w:val="0"/>
              <w:spacing w:before="120" w:after="280" w:line="317" w:lineRule="exact"/>
              <w:pBdr>
                <w:bottom w:val="single" w:sz="4" w:space="8" w:color="D0D5CF"/>
              </w:pBdr>
            </w:pPr>
            <w:r>
              <w:rPr>
                <w:rFonts w:ascii="DejaVu Sans" w:hAnsi="DejaVu Sans"/>
                <w:b w:val="0"/>
                <w:color w:val="677779"/>
                <w:sz w:val="23"/>
              </w:rPr>
              <w:t>Type here</w:t>
            </w:r>
          </w:p>
          <w:p>
            <w:pPr>
              <w:keepNext/>
              <w:spacing w:before="0" w:after="60" w:line="337" w:lineRule="exact"/>
            </w:pPr>
            <w:r>
              <w:rPr>
                <w:rFonts w:ascii="DejaVu Sans" w:hAnsi="DejaVu Sans"/>
                <w:b/>
                <w:color w:val="192A2C"/>
                <w:sz w:val="24"/>
              </w:rPr>
              <w:t>The recovery action that helped was</w:t>
            </w:r>
          </w:p>
          <w:p>
            <w:pPr>
              <w:keepNext w:val="0"/>
              <w:spacing w:before="120" w:after="280" w:line="317" w:lineRule="exact"/>
              <w:pBdr>
                <w:bottom w:val="single" w:sz="4" w:space="8" w:color="D0D5CF"/>
              </w:pBdr>
            </w:pPr>
            <w:r>
              <w:rPr>
                <w:rFonts w:ascii="DejaVu Sans" w:hAnsi="DejaVu Sans"/>
                <w:b w:val="0"/>
                <w:color w:val="677779"/>
                <w:sz w:val="23"/>
              </w:rPr>
              <w:t>Type here</w:t>
            </w:r>
          </w:p>
        </w:tc>
      </w:tr>
      <w:tr>
        <w:tc>
          <w:tcPr>
            <w:tcW w:type="dxa" w:w="9746"/>
            <w:vAlign w:val="center"/>
            <w:shd w:fill="F8F2E7"/>
            <w:tcMar>
              <w:top w:w="0" w:type="dxa"/>
              <w:bottom w:w="0" w:type="dxa"/>
              <w:left w:w="0" w:type="dxa"/>
              <w:right w:w="0" w:type="dxa"/>
            </w:tcMar>
          </w:tcPr>
          <w:p>
            <w:pPr>
              <w:pStyle w:val="Artwork"/>
              <w:keepNext w:val="0"/>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6188399" cy="190500"/>
                  <wp:docPr id="21" name="Picture 21" descr="cap 487.28 FFFFFF 15 F8F2E7 bottom"/>
                  <wp:cNvGraphicFramePr>
                    <a:graphicFrameLocks noChangeAspect="1"/>
                  </wp:cNvGraphicFramePr>
                  <a:graphic>
                    <a:graphicData uri="http://schemas.openxmlformats.org/drawingml/2006/picture">
                      <pic:pic>
                        <pic:nvPicPr>
                          <pic:cNvPr id="0" name="cap_487.28_FFFFFF_15_F8F2E7_bottom.png"/>
                          <pic:cNvPicPr/>
                        </pic:nvPicPr>
                        <pic:blipFill>
                          <a:blip r:embed="rId19"/>
                          <a:stretch>
                            <a:fillRect/>
                          </a:stretch>
                        </pic:blipFill>
                        <pic:spPr>
                          <a:xfrm>
                            <a:off x="0" y="0"/>
                            <a:ext cx="6188399" cy="190500"/>
                          </a:xfrm>
                          <a:prstGeom prst="rect"/>
                        </pic:spPr>
                      </pic:pic>
                    </a:graphicData>
                  </a:graphic>
                </wp:inline>
              </w:drawing>
            </w:r>
          </w:p>
        </w:tc>
      </w:tr>
    </w:tbl>
    <w:p>
      <w:pPr>
        <w:keepNext w:val="0"/>
        <w:spacing w:before="0" w:after="0" w:line="20" w:lineRule="exact"/>
      </w:pPr>
      <w:r>
        <w:rPr>
          <w:sz w:val="2"/>
        </w:rPr>
      </w:r>
    </w:p>
    <w:p>
      <w:pPr>
        <w:pStyle w:val="Artwork"/>
        <w:keepNext w:val="0"/>
        <w:spacing w:before="0" w:after="0" w:line="240" w:lineRule="auto"/>
        <w:ind w:left="-1080" w:right="-1080" w:firstLine="0"/>
        <w:rPr>
          <w:sz w:val="2"/>
        </w:rPr>
      </w:pPr>
      <w:r>
        <w:rPr>
          <w:sz w:val="2"/>
          <w:position w:val="0"/>
        </w:rPr>
        <w:drawing>
          <wp:inline xmlns:a="http://schemas.openxmlformats.org/drawingml/2006/main" xmlns:pic="http://schemas.openxmlformats.org/drawingml/2006/picture" distT="0" distB="0" distL="0" distR="0">
            <wp:extent cx="7559999" cy="867280"/>
            <wp:docPr id="22" name="Picture 22" descr="page 10 769.60 837.89"/>
            <wp:cNvGraphicFramePr>
              <a:graphicFrameLocks noChangeAspect="1"/>
            </wp:cNvGraphicFramePr>
            <a:graphic>
              <a:graphicData uri="http://schemas.openxmlformats.org/drawingml/2006/picture">
                <pic:pic>
                  <pic:nvPicPr>
                    <pic:cNvPr id="0" name="page_10_769.60_837.89.png"/>
                    <pic:cNvPicPr/>
                  </pic:nvPicPr>
                  <pic:blipFill>
                    <a:blip r:embed="rId28"/>
                    <a:stretch>
                      <a:fillRect/>
                    </a:stretch>
                  </pic:blipFill>
                  <pic:spPr>
                    <a:xfrm>
                      <a:off x="0" y="0"/>
                      <a:ext cx="7559999" cy="867280"/>
                    </a:xfrm>
                    <a:prstGeom prst="rect"/>
                  </pic:spPr>
                </pic:pic>
              </a:graphicData>
            </a:graphic>
          </wp:inline>
        </w:drawing>
      </w:r>
    </w:p>
    <w:p>
      <w:pPr>
        <w:keepNext w:val="0"/>
        <w:spacing w:before="0" w:after="0" w:line="20" w:lineRule="exact"/>
        <w:sectPr>
          <w:pgSz w:w="11906" w:h="16838"/>
          <w:pgMar w:top="0" w:right="1080" w:bottom="0" w:left="1080" w:header="0" w:footer="0" w:gutter="0"/>
          <w:cols w:space="720"/>
          <w:docGrid w:linePitch="360"/>
        </w:sectPr>
      </w:pPr>
      <w:r>
        <w:rPr>
          <w:sz w:val="2"/>
        </w:rPr>
      </w:r>
    </w:p>
    <w:p>
      <w:pPr>
        <w:pStyle w:val="Artwork"/>
        <w:keepNext w:val="0"/>
        <w:spacing w:before="0" w:after="0" w:line="240" w:lineRule="auto"/>
        <w:ind w:left="-1080" w:right="-1080" w:firstLine="0"/>
        <w:rPr>
          <w:sz w:val="2"/>
        </w:rPr>
      </w:pPr>
      <w:r>
        <w:rPr>
          <w:sz w:val="2"/>
          <w:position w:val="0"/>
        </w:rPr>
        <w:drawing>
          <wp:inline xmlns:a="http://schemas.openxmlformats.org/drawingml/2006/main" xmlns:pic="http://schemas.openxmlformats.org/drawingml/2006/picture" distT="0" distB="0" distL="0" distR="0">
            <wp:extent cx="7559999" cy="10641200"/>
            <wp:docPr id="23" name="Picture 23" descr="reference 11"/>
            <wp:cNvGraphicFramePr>
              <a:graphicFrameLocks noChangeAspect="1"/>
            </wp:cNvGraphicFramePr>
            <a:graphic>
              <a:graphicData uri="http://schemas.openxmlformats.org/drawingml/2006/picture">
                <pic:pic>
                  <pic:nvPicPr>
                    <pic:cNvPr id="0" name="reference_11.png"/>
                    <pic:cNvPicPr/>
                  </pic:nvPicPr>
                  <pic:blipFill>
                    <a:blip r:embed="rId29"/>
                    <a:stretch>
                      <a:fillRect/>
                    </a:stretch>
                  </pic:blipFill>
                  <pic:spPr>
                    <a:xfrm>
                      <a:off x="0" y="0"/>
                      <a:ext cx="7559999" cy="10641200"/>
                    </a:xfrm>
                    <a:prstGeom prst="rect"/>
                  </pic:spPr>
                </pic:pic>
              </a:graphicData>
            </a:graphic>
          </wp:inline>
        </w:drawing>
      </w:r>
    </w:p>
    <w:p>
      <w:pPr>
        <w:keepNext w:val="0"/>
        <w:spacing w:before="0" w:after="0" w:line="20" w:lineRule="exact"/>
        <w:sectPr>
          <w:pgSz w:w="11906" w:h="16838"/>
          <w:pgMar w:top="0" w:right="1080" w:bottom="0" w:left="1080" w:header="0" w:footer="0" w:gutter="0"/>
          <w:cols w:space="720"/>
          <w:docGrid w:linePitch="360"/>
        </w:sectPr>
      </w:pPr>
      <w:r>
        <w:rPr>
          <w:sz w:val="2"/>
        </w:rPr>
      </w:r>
    </w:p>
    <w:p>
      <w:pPr>
        <w:pStyle w:val="Artwork"/>
        <w:keepNext w:val="0"/>
        <w:spacing w:before="0" w:after="0" w:line="240" w:lineRule="auto"/>
        <w:ind w:left="-1080" w:right="-1080" w:firstLine="0"/>
        <w:rPr>
          <w:sz w:val="2"/>
        </w:rPr>
      </w:pPr>
      <w:r>
        <w:rPr>
          <w:sz w:val="2"/>
          <w:position w:val="0"/>
        </w:rPr>
        <w:drawing>
          <wp:inline xmlns:a="http://schemas.openxmlformats.org/drawingml/2006/main" xmlns:pic="http://schemas.openxmlformats.org/drawingml/2006/picture" distT="0" distB="0" distL="0" distR="0">
            <wp:extent cx="7559999" cy="10641200"/>
            <wp:docPr id="24" name="Picture 24" descr="reference 12"/>
            <wp:cNvGraphicFramePr>
              <a:graphicFrameLocks noChangeAspect="1"/>
            </wp:cNvGraphicFramePr>
            <a:graphic>
              <a:graphicData uri="http://schemas.openxmlformats.org/drawingml/2006/picture">
                <pic:pic>
                  <pic:nvPicPr>
                    <pic:cNvPr id="0" name="reference_12.png"/>
                    <pic:cNvPicPr/>
                  </pic:nvPicPr>
                  <pic:blipFill>
                    <a:blip r:embed="rId30"/>
                    <a:stretch>
                      <a:fillRect/>
                    </a:stretch>
                  </pic:blipFill>
                  <pic:spPr>
                    <a:xfrm>
                      <a:off x="0" y="0"/>
                      <a:ext cx="7559999" cy="10641200"/>
                    </a:xfrm>
                    <a:prstGeom prst="rect"/>
                  </pic:spPr>
                </pic:pic>
              </a:graphicData>
            </a:graphic>
          </wp:inline>
        </w:drawing>
      </w:r>
    </w:p>
    <w:p>
      <w:pPr>
        <w:keepNext w:val="0"/>
        <w:spacing w:before="0" w:after="0" w:line="20" w:lineRule="exact"/>
        <w:sectPr>
          <w:pgSz w:w="11906" w:h="16838"/>
          <w:pgMar w:top="0" w:right="1080" w:bottom="0" w:left="1080" w:header="0" w:footer="0" w:gutter="0"/>
          <w:cols w:space="720"/>
          <w:docGrid w:linePitch="360"/>
        </w:sectPr>
      </w:pPr>
      <w:r>
        <w:rPr>
          <w:sz w:val="2"/>
        </w:rPr>
      </w:r>
    </w:p>
    <w:p>
      <w:pPr>
        <w:pStyle w:val="Artwork"/>
        <w:keepNext w:val="0"/>
        <w:spacing w:before="0" w:after="0" w:line="240" w:lineRule="auto"/>
        <w:ind w:left="-1080" w:right="-1080" w:firstLine="0"/>
        <w:rPr>
          <w:sz w:val="2"/>
        </w:rPr>
      </w:pPr>
      <w:r>
        <w:rPr>
          <w:sz w:val="2"/>
          <w:position w:val="0"/>
        </w:rPr>
        <w:drawing>
          <wp:inline xmlns:a="http://schemas.openxmlformats.org/drawingml/2006/main" xmlns:pic="http://schemas.openxmlformats.org/drawingml/2006/picture" distT="0" distB="0" distL="0" distR="0">
            <wp:extent cx="7559999" cy="10641200"/>
            <wp:docPr id="25" name="Picture 25" descr="reference 13"/>
            <wp:cNvGraphicFramePr>
              <a:graphicFrameLocks noChangeAspect="1"/>
            </wp:cNvGraphicFramePr>
            <a:graphic>
              <a:graphicData uri="http://schemas.openxmlformats.org/drawingml/2006/picture">
                <pic:pic>
                  <pic:nvPicPr>
                    <pic:cNvPr id="0" name="reference_13.png"/>
                    <pic:cNvPicPr/>
                  </pic:nvPicPr>
                  <pic:blipFill>
                    <a:blip r:embed="rId31"/>
                    <a:stretch>
                      <a:fillRect/>
                    </a:stretch>
                  </pic:blipFill>
                  <pic:spPr>
                    <a:xfrm>
                      <a:off x="0" y="0"/>
                      <a:ext cx="7559999" cy="10641200"/>
                    </a:xfrm>
                    <a:prstGeom prst="rect"/>
                  </pic:spPr>
                </pic:pic>
              </a:graphicData>
            </a:graphic>
          </wp:inline>
        </w:drawing>
      </w:r>
    </w:p>
    <w:p>
      <w:pPr>
        <w:keepNext w:val="0"/>
        <w:spacing w:before="0" w:after="0" w:line="20" w:lineRule="exact"/>
        <w:sectPr>
          <w:pgSz w:w="11906" w:h="16838"/>
          <w:pgMar w:top="0" w:right="1080" w:bottom="0" w:left="1080" w:header="0" w:footer="0" w:gutter="0"/>
          <w:cols w:space="720"/>
          <w:docGrid w:linePitch="360"/>
        </w:sectPr>
      </w:pPr>
      <w:r>
        <w:rPr>
          <w:sz w:val="2"/>
        </w:rPr>
      </w:r>
    </w:p>
    <w:p>
      <w:pPr>
        <w:pStyle w:val="Artwork"/>
        <w:keepNext w:val="0"/>
        <w:spacing w:before="0" w:after="0" w:line="240" w:lineRule="auto"/>
        <w:ind w:left="-1080" w:right="-1080" w:firstLine="0"/>
        <w:rPr>
          <w:sz w:val="2"/>
        </w:rPr>
      </w:pPr>
      <w:r>
        <w:rPr>
          <w:sz w:val="2"/>
          <w:position w:val="0"/>
        </w:rPr>
        <w:drawing>
          <wp:inline xmlns:a="http://schemas.openxmlformats.org/drawingml/2006/main" xmlns:pic="http://schemas.openxmlformats.org/drawingml/2006/picture" distT="0" distB="0" distL="0" distR="0">
            <wp:extent cx="7559999" cy="10641200"/>
            <wp:docPr id="26" name="Picture 26" descr="reference 14"/>
            <wp:cNvGraphicFramePr>
              <a:graphicFrameLocks noChangeAspect="1"/>
            </wp:cNvGraphicFramePr>
            <a:graphic>
              <a:graphicData uri="http://schemas.openxmlformats.org/drawingml/2006/picture">
                <pic:pic>
                  <pic:nvPicPr>
                    <pic:cNvPr id="0" name="reference_14.png"/>
                    <pic:cNvPicPr/>
                  </pic:nvPicPr>
                  <pic:blipFill>
                    <a:blip r:embed="rId32"/>
                    <a:stretch>
                      <a:fillRect/>
                    </a:stretch>
                  </pic:blipFill>
                  <pic:spPr>
                    <a:xfrm>
                      <a:off x="0" y="0"/>
                      <a:ext cx="7559999" cy="10641200"/>
                    </a:xfrm>
                    <a:prstGeom prst="rect"/>
                  </pic:spPr>
                </pic:pic>
              </a:graphicData>
            </a:graphic>
          </wp:inline>
        </w:drawing>
      </w:r>
    </w:p>
    <w:p>
      <w:pPr>
        <w:keepNext w:val="0"/>
        <w:spacing w:before="0" w:after="0" w:line="20" w:lineRule="exact"/>
        <w:sectPr>
          <w:pgSz w:w="11906" w:h="16838"/>
          <w:pgMar w:top="0" w:right="1080" w:bottom="0" w:left="1080" w:header="0" w:footer="0" w:gutter="0"/>
          <w:cols w:space="720"/>
          <w:docGrid w:linePitch="360"/>
        </w:sectPr>
      </w:pPr>
      <w:r>
        <w:rPr>
          <w:sz w:val="2"/>
        </w:rPr>
      </w:r>
    </w:p>
    <w:p>
      <w:pPr>
        <w:pStyle w:val="Artwork"/>
        <w:keepNext w:val="0"/>
        <w:spacing w:before="0" w:after="0" w:line="240" w:lineRule="auto"/>
        <w:ind w:left="-1080" w:right="-1080" w:firstLine="0"/>
        <w:rPr>
          <w:sz w:val="2"/>
        </w:rPr>
      </w:pPr>
      <w:r>
        <w:rPr>
          <w:sz w:val="2"/>
          <w:position w:val="0"/>
        </w:rPr>
        <w:drawing>
          <wp:inline xmlns:a="http://schemas.openxmlformats.org/drawingml/2006/main" xmlns:pic="http://schemas.openxmlformats.org/drawingml/2006/picture" distT="0" distB="0" distL="0" distR="0">
            <wp:extent cx="7559999" cy="6197600"/>
            <wp:docPr id="27" name="Picture 27" descr="page 15 0.00 488.00"/>
            <wp:cNvGraphicFramePr>
              <a:graphicFrameLocks noChangeAspect="1"/>
            </wp:cNvGraphicFramePr>
            <a:graphic>
              <a:graphicData uri="http://schemas.openxmlformats.org/drawingml/2006/picture">
                <pic:pic>
                  <pic:nvPicPr>
                    <pic:cNvPr id="0" name="page_15_0.00_488.00.png"/>
                    <pic:cNvPicPr/>
                  </pic:nvPicPr>
                  <pic:blipFill>
                    <a:blip r:embed="rId33"/>
                    <a:stretch>
                      <a:fillRect/>
                    </a:stretch>
                  </pic:blipFill>
                  <pic:spPr>
                    <a:xfrm>
                      <a:off x="0" y="0"/>
                      <a:ext cx="7559999" cy="6197600"/>
                    </a:xfrm>
                    <a:prstGeom prst="rect"/>
                  </pic:spPr>
                </pic:pic>
              </a:graphicData>
            </a:graphic>
          </wp:inline>
        </w:drawing>
      </w:r>
    </w:p>
    <w:tbl>
      <w:tblPr>
        <w:tblW w:type="dxa" w:w="9746"/>
        <w:jc w:val="center"/>
        <w:tblLayout w:type="fixed"/>
        <w:tblLook w:firstColumn="1" w:firstRow="1" w:lastColumn="0" w:lastRow="0" w:noHBand="0" w:noVBand="1" w:val="04A0"/>
        <w:tblBorders>
          <w:top w:val="nil"/>
          <w:left w:val="nil"/>
          <w:bottom w:val="nil"/>
          <w:right w:val="nil"/>
          <w:insideH w:val="nil"/>
          <w:insideV w:val="nil"/>
        </w:tblBorders>
      </w:tblPr>
      <w:tblGrid>
        <w:gridCol w:w="9746"/>
      </w:tblGrid>
      <w:tr>
        <w:tc>
          <w:tcPr>
            <w:tcW w:type="dxa" w:w="9746"/>
            <w:vAlign w:val="center"/>
            <w:shd w:fill="F8F2E7"/>
            <w:tcMar>
              <w:top w:w="0" w:type="dxa"/>
              <w:bottom w:w="0" w:type="dxa"/>
              <w:left w:w="0" w:type="dxa"/>
              <w:right w:w="0" w:type="dxa"/>
            </w:tcMar>
          </w:tcPr>
          <w:p>
            <w:pPr>
              <w:pStyle w:val="Artwork"/>
              <w:keepNext/>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6188399" cy="190500"/>
                  <wp:docPr id="28" name="Picture 28" descr="cap 487.28 FFFFFF 15 F8F2E7 top"/>
                  <wp:cNvGraphicFramePr>
                    <a:graphicFrameLocks noChangeAspect="1"/>
                  </wp:cNvGraphicFramePr>
                  <a:graphic>
                    <a:graphicData uri="http://schemas.openxmlformats.org/drawingml/2006/picture">
                      <pic:pic>
                        <pic:nvPicPr>
                          <pic:cNvPr id="0" name="cap_487.28_FFFFFF_15_F8F2E7_top.png"/>
                          <pic:cNvPicPr/>
                        </pic:nvPicPr>
                        <pic:blipFill>
                          <a:blip r:embed="rId18"/>
                          <a:stretch>
                            <a:fillRect/>
                          </a:stretch>
                        </pic:blipFill>
                        <pic:spPr>
                          <a:xfrm>
                            <a:off x="0" y="0"/>
                            <a:ext cx="6188399" cy="190500"/>
                          </a:xfrm>
                          <a:prstGeom prst="rect"/>
                        </pic:spPr>
                      </pic:pic>
                    </a:graphicData>
                  </a:graphic>
                </wp:inline>
              </w:drawing>
            </w:r>
          </w:p>
        </w:tc>
      </w:tr>
      <w:tr>
        <w:trPr>
          <w:trHeight w:val="4380" w:hRule="atLeast"/>
        </w:trPr>
        <w:tc>
          <w:tcPr>
            <w:tcW w:type="dxa" w:w="9746"/>
            <w:vAlign w:val="center"/>
            <w:shd w:fill="FFFFFF"/>
            <w:tcMar>
              <w:top w:w="0" w:type="dxa"/>
              <w:bottom w:w="0" w:type="dxa"/>
              <w:left w:w="400" w:type="dxa"/>
              <w:right w:w="400" w:type="dxa"/>
            </w:tcMar>
            <w:tcBorders>
              <w:left w:val="single" w:sz="4" w:color="DED9CE"/>
              <w:right w:val="single" w:sz="4" w:color="DED9CE"/>
            </w:tcBorders>
          </w:tcPr>
          <w:p>
            <w:pPr>
              <w:keepNext w:val="0"/>
              <w:spacing w:before="0" w:after="0" w:line="20" w:lineRule="exact"/>
            </w:pPr>
            <w:r>
              <w:rPr>
                <w:sz w:val="2"/>
              </w:rPr>
            </w:r>
          </w:p>
          <w:p>
            <w:pPr>
              <w:keepNext/>
              <w:spacing w:before="0" w:after="240" w:line="428" w:lineRule="exact"/>
              <w:jc w:val="center"/>
            </w:pPr>
            <w:r>
              <w:rPr>
                <w:rFonts w:ascii="DejaVu Sans" w:hAnsi="DejaVu Sans"/>
                <w:b/>
                <w:color w:val="0F6F74"/>
                <w:sz w:val="31"/>
              </w:rPr>
              <w:t>My next recovery action</w:t>
            </w:r>
          </w:p>
          <w:p>
            <w:pPr>
              <w:keepNext/>
              <w:spacing w:before="0" w:after="60" w:line="337" w:lineRule="exact"/>
            </w:pPr>
            <w:r>
              <w:rPr>
                <w:rFonts w:ascii="DejaVu Sans" w:hAnsi="DejaVu Sans"/>
                <w:b/>
                <w:color w:val="192A2C"/>
                <w:sz w:val="24"/>
              </w:rPr>
              <w:t>My state is</w:t>
            </w:r>
          </w:p>
          <w:p>
            <w:pPr>
              <w:keepNext w:val="0"/>
              <w:spacing w:before="120" w:after="280" w:line="317" w:lineRule="exact"/>
              <w:pBdr>
                <w:bottom w:val="single" w:sz="4" w:space="8" w:color="D0D5CF"/>
              </w:pBdr>
            </w:pPr>
            <w:r>
              <w:rPr>
                <w:rFonts w:ascii="DejaVu Sans" w:hAnsi="DejaVu Sans"/>
                <w:b w:val="0"/>
                <w:color w:val="677779"/>
                <w:sz w:val="23"/>
              </w:rPr>
              <w:t>Type here</w:t>
            </w:r>
          </w:p>
          <w:p>
            <w:pPr>
              <w:keepNext/>
              <w:spacing w:before="0" w:after="60" w:line="337" w:lineRule="exact"/>
            </w:pPr>
            <w:r>
              <w:rPr>
                <w:rFonts w:ascii="DejaVu Sans" w:hAnsi="DejaVu Sans"/>
                <w:b/>
                <w:color w:val="192A2C"/>
                <w:sz w:val="24"/>
              </w:rPr>
              <w:t>The story is</w:t>
            </w:r>
          </w:p>
          <w:p>
            <w:pPr>
              <w:keepNext w:val="0"/>
              <w:spacing w:before="120" w:after="280" w:line="317" w:lineRule="exact"/>
              <w:pBdr>
                <w:bottom w:val="single" w:sz="4" w:space="8" w:color="D0D5CF"/>
              </w:pBdr>
            </w:pPr>
            <w:r>
              <w:rPr>
                <w:rFonts w:ascii="DejaVu Sans" w:hAnsi="DejaVu Sans"/>
                <w:b w:val="0"/>
                <w:color w:val="677779"/>
                <w:sz w:val="23"/>
              </w:rPr>
              <w:t>Type here</w:t>
            </w:r>
          </w:p>
          <w:p>
            <w:pPr>
              <w:keepNext/>
              <w:spacing w:before="0" w:after="60" w:line="337" w:lineRule="exact"/>
            </w:pPr>
            <w:r>
              <w:rPr>
                <w:rFonts w:ascii="DejaVu Sans" w:hAnsi="DejaVu Sans"/>
                <w:b/>
                <w:color w:val="192A2C"/>
                <w:sz w:val="24"/>
              </w:rPr>
              <w:t>The next honest action is</w:t>
            </w:r>
          </w:p>
          <w:p>
            <w:pPr>
              <w:keepNext w:val="0"/>
              <w:spacing w:before="120" w:after="280" w:line="317" w:lineRule="exact"/>
              <w:pBdr>
                <w:bottom w:val="single" w:sz="4" w:space="8" w:color="D0D5CF"/>
              </w:pBdr>
            </w:pPr>
            <w:r>
              <w:rPr>
                <w:rFonts w:ascii="DejaVu Sans" w:hAnsi="DejaVu Sans"/>
                <w:b w:val="0"/>
                <w:color w:val="677779"/>
                <w:sz w:val="23"/>
              </w:rPr>
              <w:t>Type here</w:t>
            </w:r>
          </w:p>
        </w:tc>
      </w:tr>
      <w:tr>
        <w:tc>
          <w:tcPr>
            <w:tcW w:type="dxa" w:w="9746"/>
            <w:vAlign w:val="center"/>
            <w:shd w:fill="F8F2E7"/>
            <w:tcMar>
              <w:top w:w="0" w:type="dxa"/>
              <w:bottom w:w="0" w:type="dxa"/>
              <w:left w:w="0" w:type="dxa"/>
              <w:right w:w="0" w:type="dxa"/>
            </w:tcMar>
          </w:tcPr>
          <w:p>
            <w:pPr>
              <w:pStyle w:val="Artwork"/>
              <w:keepNext w:val="0"/>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6188399" cy="190500"/>
                  <wp:docPr id="29" name="Picture 29" descr="cap 487.28 FFFFFF 15 F8F2E7 bottom"/>
                  <wp:cNvGraphicFramePr>
                    <a:graphicFrameLocks noChangeAspect="1"/>
                  </wp:cNvGraphicFramePr>
                  <a:graphic>
                    <a:graphicData uri="http://schemas.openxmlformats.org/drawingml/2006/picture">
                      <pic:pic>
                        <pic:nvPicPr>
                          <pic:cNvPr id="0" name="cap_487.28_FFFFFF_15_F8F2E7_bottom.png"/>
                          <pic:cNvPicPr/>
                        </pic:nvPicPr>
                        <pic:blipFill>
                          <a:blip r:embed="rId19"/>
                          <a:stretch>
                            <a:fillRect/>
                          </a:stretch>
                        </pic:blipFill>
                        <pic:spPr>
                          <a:xfrm>
                            <a:off x="0" y="0"/>
                            <a:ext cx="6188399" cy="190500"/>
                          </a:xfrm>
                          <a:prstGeom prst="rect"/>
                        </pic:spPr>
                      </pic:pic>
                    </a:graphicData>
                  </a:graphic>
                </wp:inline>
              </w:drawing>
            </w:r>
          </w:p>
        </w:tc>
      </w:tr>
    </w:tbl>
    <w:p>
      <w:pPr>
        <w:keepNext w:val="0"/>
        <w:spacing w:before="0" w:after="0" w:line="20" w:lineRule="exact"/>
      </w:pPr>
      <w:r>
        <w:rPr>
          <w:sz w:val="2"/>
        </w:rPr>
      </w:r>
    </w:p>
    <w:p>
      <w:pPr>
        <w:pStyle w:val="Artwork"/>
        <w:keepNext w:val="0"/>
        <w:spacing w:before="0" w:after="0" w:line="240" w:lineRule="auto"/>
        <w:ind w:left="-1080" w:right="-1080" w:firstLine="0"/>
        <w:rPr>
          <w:sz w:val="2"/>
        </w:rPr>
      </w:pPr>
      <w:r>
        <w:rPr>
          <w:sz w:val="2"/>
          <w:position w:val="0"/>
        </w:rPr>
        <w:drawing>
          <wp:inline xmlns:a="http://schemas.openxmlformats.org/drawingml/2006/main" xmlns:pic="http://schemas.openxmlformats.org/drawingml/2006/picture" distT="0" distB="0" distL="0" distR="0">
            <wp:extent cx="7559999" cy="1255900"/>
            <wp:docPr id="30" name="Picture 30" descr="page 15 739.00 837.89"/>
            <wp:cNvGraphicFramePr>
              <a:graphicFrameLocks noChangeAspect="1"/>
            </wp:cNvGraphicFramePr>
            <a:graphic>
              <a:graphicData uri="http://schemas.openxmlformats.org/drawingml/2006/picture">
                <pic:pic>
                  <pic:nvPicPr>
                    <pic:cNvPr id="0" name="page_15_739.00_837.89.png"/>
                    <pic:cNvPicPr/>
                  </pic:nvPicPr>
                  <pic:blipFill>
                    <a:blip r:embed="rId34"/>
                    <a:stretch>
                      <a:fillRect/>
                    </a:stretch>
                  </pic:blipFill>
                  <pic:spPr>
                    <a:xfrm>
                      <a:off x="0" y="0"/>
                      <a:ext cx="7559999" cy="1255900"/>
                    </a:xfrm>
                    <a:prstGeom prst="rect"/>
                  </pic:spPr>
                </pic:pic>
              </a:graphicData>
            </a:graphic>
          </wp:inline>
        </w:drawing>
      </w:r>
    </w:p>
    <w:p>
      <w:pPr>
        <w:keepNext w:val="0"/>
        <w:spacing w:before="0" w:after="0" w:line="20" w:lineRule="exact"/>
        <w:sectPr>
          <w:pgSz w:w="11906" w:h="16838"/>
          <w:pgMar w:top="0" w:right="1080" w:bottom="0" w:left="1080" w:header="0" w:footer="0" w:gutter="0"/>
          <w:cols w:space="720"/>
          <w:docGrid w:linePitch="360"/>
        </w:sectPr>
      </w:pPr>
      <w:r>
        <w:rPr>
          <w:sz w:val="2"/>
        </w:rPr>
      </w:r>
    </w:p>
    <w:p>
      <w:pPr>
        <w:pStyle w:val="Artwork"/>
        <w:keepNext w:val="0"/>
        <w:spacing w:before="0" w:after="0" w:line="240" w:lineRule="auto"/>
        <w:ind w:left="-1080" w:right="-1080" w:firstLine="0"/>
        <w:rPr>
          <w:sz w:val="2"/>
        </w:rPr>
      </w:pPr>
      <w:r>
        <w:rPr>
          <w:sz w:val="2"/>
          <w:position w:val="0"/>
        </w:rPr>
        <w:drawing>
          <wp:inline xmlns:a="http://schemas.openxmlformats.org/drawingml/2006/main" xmlns:pic="http://schemas.openxmlformats.org/drawingml/2006/picture" distT="0" distB="0" distL="0" distR="0">
            <wp:extent cx="7559999" cy="2494280"/>
            <wp:docPr id="31" name="Picture 31" descr="page 16 0.00 196.40"/>
            <wp:cNvGraphicFramePr>
              <a:graphicFrameLocks noChangeAspect="1"/>
            </wp:cNvGraphicFramePr>
            <a:graphic>
              <a:graphicData uri="http://schemas.openxmlformats.org/drawingml/2006/picture">
                <pic:pic>
                  <pic:nvPicPr>
                    <pic:cNvPr id="0" name="page_16_0.00_196.40.png"/>
                    <pic:cNvPicPr/>
                  </pic:nvPicPr>
                  <pic:blipFill>
                    <a:blip r:embed="rId35"/>
                    <a:stretch>
                      <a:fillRect/>
                    </a:stretch>
                  </pic:blipFill>
                  <pic:spPr>
                    <a:xfrm>
                      <a:off x="0" y="0"/>
                      <a:ext cx="7559999" cy="2494280"/>
                    </a:xfrm>
                    <a:prstGeom prst="rect"/>
                  </pic:spPr>
                </pic:pic>
              </a:graphicData>
            </a:graphic>
          </wp:inline>
        </w:drawing>
      </w:r>
    </w:p>
    <w:tbl>
      <w:tblPr>
        <w:tblW w:type="dxa" w:w="9746"/>
        <w:jc w:val="center"/>
        <w:tblLayout w:type="fixed"/>
        <w:tblLook w:firstColumn="1" w:firstRow="1" w:lastColumn="0" w:lastRow="0" w:noHBand="0" w:noVBand="1" w:val="04A0"/>
        <w:tblBorders>
          <w:top w:val="nil"/>
          <w:left w:val="nil"/>
          <w:bottom w:val="nil"/>
          <w:right w:val="nil"/>
          <w:insideH w:val="nil"/>
          <w:insideV w:val="nil"/>
        </w:tblBorders>
      </w:tblPr>
      <w:tblGrid>
        <w:gridCol w:w="9746"/>
      </w:tblGrid>
      <w:tr>
        <w:tc>
          <w:tcPr>
            <w:tcW w:type="dxa" w:w="9746"/>
            <w:vAlign w:val="center"/>
            <w:shd w:fill="F8F2E7"/>
            <w:tcMar>
              <w:top w:w="0" w:type="dxa"/>
              <w:bottom w:w="0" w:type="dxa"/>
              <w:left w:w="0" w:type="dxa"/>
              <w:right w:w="0" w:type="dxa"/>
            </w:tcMar>
          </w:tcPr>
          <w:p>
            <w:pPr>
              <w:pStyle w:val="Artwork"/>
              <w:keepNext/>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6188399" cy="127000"/>
                  <wp:docPr id="32" name="Picture 32" descr="cap 487.28 FFFFFF 10 F8F2E7 top"/>
                  <wp:cNvGraphicFramePr>
                    <a:graphicFrameLocks noChangeAspect="1"/>
                  </wp:cNvGraphicFramePr>
                  <a:graphic>
                    <a:graphicData uri="http://schemas.openxmlformats.org/drawingml/2006/picture">
                      <pic:pic>
                        <pic:nvPicPr>
                          <pic:cNvPr id="0" name="cap_487.28_FFFFFF_10_F8F2E7_top.png"/>
                          <pic:cNvPicPr/>
                        </pic:nvPicPr>
                        <pic:blipFill>
                          <a:blip r:embed="rId36"/>
                          <a:stretch>
                            <a:fillRect/>
                          </a:stretch>
                        </pic:blipFill>
                        <pic:spPr>
                          <a:xfrm>
                            <a:off x="0" y="0"/>
                            <a:ext cx="6188399" cy="127000"/>
                          </a:xfrm>
                          <a:prstGeom prst="rect"/>
                        </pic:spPr>
                      </pic:pic>
                    </a:graphicData>
                  </a:graphic>
                </wp:inline>
              </w:drawing>
            </w:r>
          </w:p>
        </w:tc>
      </w:tr>
      <w:tr>
        <w:trPr>
          <w:trHeight w:val="1314" w:hRule="atLeast"/>
        </w:trPr>
        <w:tc>
          <w:tcPr>
            <w:tcW w:type="dxa" w:w="9746"/>
            <w:vAlign w:val="center"/>
            <w:shd w:fill="FFFFFF"/>
            <w:tcMar>
              <w:top w:w="0" w:type="dxa"/>
              <w:bottom w:w="0" w:type="dxa"/>
              <w:left w:w="360" w:type="dxa"/>
              <w:right w:w="360" w:type="dxa"/>
            </w:tcMar>
            <w:tcBorders>
              <w:left w:val="single" w:sz="4" w:color="DED9CE"/>
              <w:right w:val="single" w:sz="4" w:color="DED9CE"/>
            </w:tcBorders>
          </w:tcPr>
          <w:p>
            <w:pPr>
              <w:keepNext w:val="0"/>
              <w:spacing w:before="0" w:after="0" w:line="20" w:lineRule="exact"/>
            </w:pPr>
            <w:r>
              <w:rPr>
                <w:sz w:val="2"/>
              </w:rPr>
            </w:r>
          </w:p>
          <w:p>
            <w:pPr>
              <w:keepNext/>
              <w:spacing w:before="0" w:after="60" w:line="364" w:lineRule="exact"/>
            </w:pPr>
            <w:r>
              <w:rPr>
                <w:rFonts w:ascii="DejaVu Sans" w:hAnsi="DejaVu Sans"/>
                <w:b/>
                <w:color w:val="0F6F74"/>
                <w:sz w:val="26"/>
              </w:rPr>
              <w:t>The Addict Mind or Alcohol Mind says</w:t>
            </w:r>
          </w:p>
          <w:p>
            <w:pPr>
              <w:keepNext/>
              <w:spacing w:before="0" w:after="60" w:line="298" w:lineRule="exact"/>
            </w:pPr>
            <w:r>
              <w:rPr>
                <w:rFonts w:ascii="DejaVu Sans" w:hAnsi="DejaVu Sans"/>
                <w:b w:val="0"/>
                <w:color w:val="677779"/>
                <w:sz w:val="21"/>
              </w:rPr>
              <w:t>What is the lie, bargain or promise?</w:t>
            </w:r>
          </w:p>
          <w:p>
            <w:pPr>
              <w:keepNext w:val="0"/>
              <w:spacing w:before="60" w:after="0" w:line="317" w:lineRule="exact"/>
              <w:pBdr>
                <w:bottom w:val="single" w:sz="4" w:space="4" w:color="D0D5CF"/>
              </w:pBdr>
            </w:pPr>
            <w:r>
              <w:rPr>
                <w:rFonts w:ascii="DejaVu Sans" w:hAnsi="DejaVu Sans"/>
                <w:b w:val="0"/>
                <w:color w:val="677779"/>
                <w:sz w:val="23"/>
              </w:rPr>
              <w:t>Type here</w:t>
            </w:r>
          </w:p>
        </w:tc>
      </w:tr>
      <w:tr>
        <w:tc>
          <w:tcPr>
            <w:tcW w:type="dxa" w:w="9746"/>
            <w:vAlign w:val="center"/>
            <w:shd w:fill="F8F2E7"/>
            <w:tcMar>
              <w:top w:w="0" w:type="dxa"/>
              <w:bottom w:w="0" w:type="dxa"/>
              <w:left w:w="0" w:type="dxa"/>
              <w:right w:w="0" w:type="dxa"/>
            </w:tcMar>
          </w:tcPr>
          <w:p>
            <w:pPr>
              <w:pStyle w:val="Artwork"/>
              <w:keepNext w:val="0"/>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6188399" cy="127000"/>
                  <wp:docPr id="33" name="Picture 33" descr="cap 487.28 FFFFFF 10 F8F2E7 bottom"/>
                  <wp:cNvGraphicFramePr>
                    <a:graphicFrameLocks noChangeAspect="1"/>
                  </wp:cNvGraphicFramePr>
                  <a:graphic>
                    <a:graphicData uri="http://schemas.openxmlformats.org/drawingml/2006/picture">
                      <pic:pic>
                        <pic:nvPicPr>
                          <pic:cNvPr id="0" name="cap_487.28_FFFFFF_10_F8F2E7_bottom.png"/>
                          <pic:cNvPicPr/>
                        </pic:nvPicPr>
                        <pic:blipFill>
                          <a:blip r:embed="rId37"/>
                          <a:stretch>
                            <a:fillRect/>
                          </a:stretch>
                        </pic:blipFill>
                        <pic:spPr>
                          <a:xfrm>
                            <a:off x="0" y="0"/>
                            <a:ext cx="6188399" cy="127000"/>
                          </a:xfrm>
                          <a:prstGeom prst="rect"/>
                        </pic:spPr>
                      </pic:pic>
                    </a:graphicData>
                  </a:graphic>
                </wp:inline>
              </w:drawing>
            </w:r>
          </w:p>
        </w:tc>
      </w:tr>
    </w:tbl>
    <w:p>
      <w:pPr>
        <w:keepNext w:val="0"/>
        <w:spacing w:before="0" w:after="0" w:line="200" w:lineRule="exact"/>
      </w:pPr>
      <w:r>
        <w:rPr>
          <w:sz w:val="2"/>
        </w:rPr>
      </w:r>
    </w:p>
    <w:tbl>
      <w:tblPr>
        <w:tblW w:type="dxa" w:w="9746"/>
        <w:jc w:val="center"/>
        <w:tblLayout w:type="fixed"/>
        <w:tblLook w:firstColumn="1" w:firstRow="1" w:lastColumn="0" w:lastRow="0" w:noHBand="0" w:noVBand="1" w:val="04A0"/>
        <w:tblBorders>
          <w:top w:val="nil"/>
          <w:left w:val="nil"/>
          <w:bottom w:val="nil"/>
          <w:right w:val="nil"/>
          <w:insideH w:val="nil"/>
          <w:insideV w:val="nil"/>
        </w:tblBorders>
      </w:tblPr>
      <w:tblGrid>
        <w:gridCol w:w="9746"/>
      </w:tblGrid>
      <w:tr>
        <w:tc>
          <w:tcPr>
            <w:tcW w:type="dxa" w:w="9746"/>
            <w:vAlign w:val="center"/>
            <w:shd w:fill="F8F2E7"/>
            <w:tcMar>
              <w:top w:w="0" w:type="dxa"/>
              <w:bottom w:w="0" w:type="dxa"/>
              <w:left w:w="0" w:type="dxa"/>
              <w:right w:w="0" w:type="dxa"/>
            </w:tcMar>
          </w:tcPr>
          <w:p>
            <w:pPr>
              <w:pStyle w:val="Artwork"/>
              <w:keepNext/>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6188399" cy="127000"/>
                  <wp:docPr id="34" name="Picture 34" descr="cap 487.28 FFFFFF 10 F8F2E7 top"/>
                  <wp:cNvGraphicFramePr>
                    <a:graphicFrameLocks noChangeAspect="1"/>
                  </wp:cNvGraphicFramePr>
                  <a:graphic>
                    <a:graphicData uri="http://schemas.openxmlformats.org/drawingml/2006/picture">
                      <pic:pic>
                        <pic:nvPicPr>
                          <pic:cNvPr id="0" name="cap_487.28_FFFFFF_10_F8F2E7_top.png"/>
                          <pic:cNvPicPr/>
                        </pic:nvPicPr>
                        <pic:blipFill>
                          <a:blip r:embed="rId36"/>
                          <a:stretch>
                            <a:fillRect/>
                          </a:stretch>
                        </pic:blipFill>
                        <pic:spPr>
                          <a:xfrm>
                            <a:off x="0" y="0"/>
                            <a:ext cx="6188399" cy="127000"/>
                          </a:xfrm>
                          <a:prstGeom prst="rect"/>
                        </pic:spPr>
                      </pic:pic>
                    </a:graphicData>
                  </a:graphic>
                </wp:inline>
              </w:drawing>
            </w:r>
          </w:p>
        </w:tc>
      </w:tr>
      <w:tr>
        <w:trPr>
          <w:trHeight w:val="1314" w:hRule="atLeast"/>
        </w:trPr>
        <w:tc>
          <w:tcPr>
            <w:tcW w:type="dxa" w:w="9746"/>
            <w:vAlign w:val="center"/>
            <w:shd w:fill="FFFFFF"/>
            <w:tcMar>
              <w:top w:w="0" w:type="dxa"/>
              <w:bottom w:w="0" w:type="dxa"/>
              <w:left w:w="360" w:type="dxa"/>
              <w:right w:w="360" w:type="dxa"/>
            </w:tcMar>
            <w:tcBorders>
              <w:left w:val="single" w:sz="4" w:color="DED9CE"/>
              <w:right w:val="single" w:sz="4" w:color="DED9CE"/>
            </w:tcBorders>
          </w:tcPr>
          <w:p>
            <w:pPr>
              <w:keepNext w:val="0"/>
              <w:spacing w:before="0" w:after="0" w:line="20" w:lineRule="exact"/>
            </w:pPr>
            <w:r>
              <w:rPr>
                <w:sz w:val="2"/>
              </w:rPr>
            </w:r>
          </w:p>
          <w:p>
            <w:pPr>
              <w:keepNext/>
              <w:spacing w:before="0" w:after="60" w:line="364" w:lineRule="exact"/>
            </w:pPr>
            <w:r>
              <w:rPr>
                <w:rFonts w:ascii="DejaVu Sans" w:hAnsi="DejaVu Sans"/>
                <w:b/>
                <w:color w:val="0F6F74"/>
                <w:sz w:val="26"/>
              </w:rPr>
              <w:t>My body feels</w:t>
            </w:r>
          </w:p>
          <w:p>
            <w:pPr>
              <w:keepNext/>
              <w:spacing w:before="0" w:after="60" w:line="298" w:lineRule="exact"/>
            </w:pPr>
            <w:r>
              <w:rPr>
                <w:rFonts w:ascii="DejaVu Sans" w:hAnsi="DejaVu Sans"/>
                <w:b w:val="0"/>
                <w:color w:val="677779"/>
                <w:sz w:val="21"/>
              </w:rPr>
              <w:t>Where do I feel activation, urgency, collapse or craving?</w:t>
            </w:r>
          </w:p>
          <w:p>
            <w:pPr>
              <w:keepNext w:val="0"/>
              <w:spacing w:before="60" w:after="0" w:line="317" w:lineRule="exact"/>
              <w:pBdr>
                <w:bottom w:val="single" w:sz="4" w:space="4" w:color="D0D5CF"/>
              </w:pBdr>
            </w:pPr>
            <w:r>
              <w:rPr>
                <w:rFonts w:ascii="DejaVu Sans" w:hAnsi="DejaVu Sans"/>
                <w:b w:val="0"/>
                <w:color w:val="677779"/>
                <w:sz w:val="23"/>
              </w:rPr>
              <w:t>Type here</w:t>
            </w:r>
          </w:p>
        </w:tc>
      </w:tr>
      <w:tr>
        <w:tc>
          <w:tcPr>
            <w:tcW w:type="dxa" w:w="9746"/>
            <w:vAlign w:val="center"/>
            <w:shd w:fill="F8F2E7"/>
            <w:tcMar>
              <w:top w:w="0" w:type="dxa"/>
              <w:bottom w:w="0" w:type="dxa"/>
              <w:left w:w="0" w:type="dxa"/>
              <w:right w:w="0" w:type="dxa"/>
            </w:tcMar>
          </w:tcPr>
          <w:p>
            <w:pPr>
              <w:pStyle w:val="Artwork"/>
              <w:keepNext w:val="0"/>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6188399" cy="127000"/>
                  <wp:docPr id="35" name="Picture 35" descr="cap 487.28 FFFFFF 10 F8F2E7 bottom"/>
                  <wp:cNvGraphicFramePr>
                    <a:graphicFrameLocks noChangeAspect="1"/>
                  </wp:cNvGraphicFramePr>
                  <a:graphic>
                    <a:graphicData uri="http://schemas.openxmlformats.org/drawingml/2006/picture">
                      <pic:pic>
                        <pic:nvPicPr>
                          <pic:cNvPr id="0" name="cap_487.28_FFFFFF_10_F8F2E7_bottom.png"/>
                          <pic:cNvPicPr/>
                        </pic:nvPicPr>
                        <pic:blipFill>
                          <a:blip r:embed="rId37"/>
                          <a:stretch>
                            <a:fillRect/>
                          </a:stretch>
                        </pic:blipFill>
                        <pic:spPr>
                          <a:xfrm>
                            <a:off x="0" y="0"/>
                            <a:ext cx="6188399" cy="127000"/>
                          </a:xfrm>
                          <a:prstGeom prst="rect"/>
                        </pic:spPr>
                      </pic:pic>
                    </a:graphicData>
                  </a:graphic>
                </wp:inline>
              </w:drawing>
            </w:r>
          </w:p>
        </w:tc>
      </w:tr>
    </w:tbl>
    <w:p>
      <w:pPr>
        <w:keepNext w:val="0"/>
        <w:spacing w:before="0" w:after="0" w:line="200" w:lineRule="exact"/>
      </w:pPr>
      <w:r>
        <w:rPr>
          <w:sz w:val="2"/>
        </w:rPr>
      </w:r>
    </w:p>
    <w:tbl>
      <w:tblPr>
        <w:tblW w:type="dxa" w:w="9746"/>
        <w:jc w:val="center"/>
        <w:tblLayout w:type="fixed"/>
        <w:tblLook w:firstColumn="1" w:firstRow="1" w:lastColumn="0" w:lastRow="0" w:noHBand="0" w:noVBand="1" w:val="04A0"/>
        <w:tblBorders>
          <w:top w:val="nil"/>
          <w:left w:val="nil"/>
          <w:bottom w:val="nil"/>
          <w:right w:val="nil"/>
          <w:insideH w:val="nil"/>
          <w:insideV w:val="nil"/>
        </w:tblBorders>
      </w:tblPr>
      <w:tblGrid>
        <w:gridCol w:w="9746"/>
      </w:tblGrid>
      <w:tr>
        <w:tc>
          <w:tcPr>
            <w:tcW w:type="dxa" w:w="9746"/>
            <w:vAlign w:val="center"/>
            <w:shd w:fill="F8F2E7"/>
            <w:tcMar>
              <w:top w:w="0" w:type="dxa"/>
              <w:bottom w:w="0" w:type="dxa"/>
              <w:left w:w="0" w:type="dxa"/>
              <w:right w:w="0" w:type="dxa"/>
            </w:tcMar>
          </w:tcPr>
          <w:p>
            <w:pPr>
              <w:pStyle w:val="Artwork"/>
              <w:keepNext/>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6188399" cy="127000"/>
                  <wp:docPr id="36" name="Picture 36" descr="cap 487.28 FFFFFF 10 F8F2E7 top"/>
                  <wp:cNvGraphicFramePr>
                    <a:graphicFrameLocks noChangeAspect="1"/>
                  </wp:cNvGraphicFramePr>
                  <a:graphic>
                    <a:graphicData uri="http://schemas.openxmlformats.org/drawingml/2006/picture">
                      <pic:pic>
                        <pic:nvPicPr>
                          <pic:cNvPr id="0" name="cap_487.28_FFFFFF_10_F8F2E7_top.png"/>
                          <pic:cNvPicPr/>
                        </pic:nvPicPr>
                        <pic:blipFill>
                          <a:blip r:embed="rId36"/>
                          <a:stretch>
                            <a:fillRect/>
                          </a:stretch>
                        </pic:blipFill>
                        <pic:spPr>
                          <a:xfrm>
                            <a:off x="0" y="0"/>
                            <a:ext cx="6188399" cy="127000"/>
                          </a:xfrm>
                          <a:prstGeom prst="rect"/>
                        </pic:spPr>
                      </pic:pic>
                    </a:graphicData>
                  </a:graphic>
                </wp:inline>
              </w:drawing>
            </w:r>
          </w:p>
        </w:tc>
      </w:tr>
      <w:tr>
        <w:trPr>
          <w:trHeight w:val="1314" w:hRule="atLeast"/>
        </w:trPr>
        <w:tc>
          <w:tcPr>
            <w:tcW w:type="dxa" w:w="9746"/>
            <w:vAlign w:val="center"/>
            <w:shd w:fill="FFFFFF"/>
            <w:tcMar>
              <w:top w:w="0" w:type="dxa"/>
              <w:bottom w:w="0" w:type="dxa"/>
              <w:left w:w="360" w:type="dxa"/>
              <w:right w:w="360" w:type="dxa"/>
            </w:tcMar>
            <w:tcBorders>
              <w:left w:val="single" w:sz="4" w:color="DED9CE"/>
              <w:right w:val="single" w:sz="4" w:color="DED9CE"/>
            </w:tcBorders>
          </w:tcPr>
          <w:p>
            <w:pPr>
              <w:keepNext w:val="0"/>
              <w:spacing w:before="0" w:after="0" w:line="20" w:lineRule="exact"/>
            </w:pPr>
            <w:r>
              <w:rPr>
                <w:sz w:val="2"/>
              </w:rPr>
            </w:r>
          </w:p>
          <w:p>
            <w:pPr>
              <w:keepNext/>
              <w:spacing w:before="0" w:after="60" w:line="364" w:lineRule="exact"/>
            </w:pPr>
            <w:r>
              <w:rPr>
                <w:rFonts w:ascii="DejaVu Sans" w:hAnsi="DejaVu Sans"/>
                <w:b/>
                <w:color w:val="0F6F74"/>
                <w:sz w:val="26"/>
              </w:rPr>
              <w:t>The emotion underneath may be</w:t>
            </w:r>
          </w:p>
          <w:p>
            <w:pPr>
              <w:keepNext/>
              <w:spacing w:before="0" w:after="60" w:line="298" w:lineRule="exact"/>
            </w:pPr>
            <w:r>
              <w:rPr>
                <w:rFonts w:ascii="DejaVu Sans" w:hAnsi="DejaVu Sans"/>
                <w:b w:val="0"/>
                <w:color w:val="677779"/>
                <w:sz w:val="21"/>
              </w:rPr>
              <w:t>What am I feeling, or finding difficult to feel?</w:t>
            </w:r>
          </w:p>
          <w:p>
            <w:pPr>
              <w:keepNext w:val="0"/>
              <w:spacing w:before="60" w:after="0" w:line="317" w:lineRule="exact"/>
              <w:pBdr>
                <w:bottom w:val="single" w:sz="4" w:space="4" w:color="D0D5CF"/>
              </w:pBdr>
            </w:pPr>
            <w:r>
              <w:rPr>
                <w:rFonts w:ascii="DejaVu Sans" w:hAnsi="DejaVu Sans"/>
                <w:b w:val="0"/>
                <w:color w:val="677779"/>
                <w:sz w:val="23"/>
              </w:rPr>
              <w:t>Type here</w:t>
            </w:r>
          </w:p>
        </w:tc>
      </w:tr>
      <w:tr>
        <w:tc>
          <w:tcPr>
            <w:tcW w:type="dxa" w:w="9746"/>
            <w:vAlign w:val="center"/>
            <w:shd w:fill="F8F2E7"/>
            <w:tcMar>
              <w:top w:w="0" w:type="dxa"/>
              <w:bottom w:w="0" w:type="dxa"/>
              <w:left w:w="0" w:type="dxa"/>
              <w:right w:w="0" w:type="dxa"/>
            </w:tcMar>
          </w:tcPr>
          <w:p>
            <w:pPr>
              <w:pStyle w:val="Artwork"/>
              <w:keepNext w:val="0"/>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6188399" cy="127000"/>
                  <wp:docPr id="37" name="Picture 37" descr="cap 487.28 FFFFFF 10 F8F2E7 bottom"/>
                  <wp:cNvGraphicFramePr>
                    <a:graphicFrameLocks noChangeAspect="1"/>
                  </wp:cNvGraphicFramePr>
                  <a:graphic>
                    <a:graphicData uri="http://schemas.openxmlformats.org/drawingml/2006/picture">
                      <pic:pic>
                        <pic:nvPicPr>
                          <pic:cNvPr id="0" name="cap_487.28_FFFFFF_10_F8F2E7_bottom.png"/>
                          <pic:cNvPicPr/>
                        </pic:nvPicPr>
                        <pic:blipFill>
                          <a:blip r:embed="rId37"/>
                          <a:stretch>
                            <a:fillRect/>
                          </a:stretch>
                        </pic:blipFill>
                        <pic:spPr>
                          <a:xfrm>
                            <a:off x="0" y="0"/>
                            <a:ext cx="6188399" cy="127000"/>
                          </a:xfrm>
                          <a:prstGeom prst="rect"/>
                        </pic:spPr>
                      </pic:pic>
                    </a:graphicData>
                  </a:graphic>
                </wp:inline>
              </w:drawing>
            </w:r>
          </w:p>
        </w:tc>
      </w:tr>
    </w:tbl>
    <w:p>
      <w:pPr>
        <w:keepNext w:val="0"/>
        <w:spacing w:before="0" w:after="0" w:line="200" w:lineRule="exact"/>
      </w:pPr>
      <w:r>
        <w:rPr>
          <w:sz w:val="2"/>
        </w:rPr>
      </w:r>
    </w:p>
    <w:tbl>
      <w:tblPr>
        <w:tblW w:type="dxa" w:w="9746"/>
        <w:jc w:val="center"/>
        <w:tblLayout w:type="fixed"/>
        <w:tblLook w:firstColumn="1" w:firstRow="1" w:lastColumn="0" w:lastRow="0" w:noHBand="0" w:noVBand="1" w:val="04A0"/>
        <w:tblBorders>
          <w:top w:val="nil"/>
          <w:left w:val="nil"/>
          <w:bottom w:val="nil"/>
          <w:right w:val="nil"/>
          <w:insideH w:val="nil"/>
          <w:insideV w:val="nil"/>
        </w:tblBorders>
      </w:tblPr>
      <w:tblGrid>
        <w:gridCol w:w="9746"/>
      </w:tblGrid>
      <w:tr>
        <w:tc>
          <w:tcPr>
            <w:tcW w:type="dxa" w:w="9746"/>
            <w:vAlign w:val="center"/>
            <w:shd w:fill="F8F2E7"/>
            <w:tcMar>
              <w:top w:w="0" w:type="dxa"/>
              <w:bottom w:w="0" w:type="dxa"/>
              <w:left w:w="0" w:type="dxa"/>
              <w:right w:w="0" w:type="dxa"/>
            </w:tcMar>
          </w:tcPr>
          <w:p>
            <w:pPr>
              <w:pStyle w:val="Artwork"/>
              <w:keepNext/>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6188399" cy="127000"/>
                  <wp:docPr id="38" name="Picture 38" descr="cap 487.28 FFFFFF 10 F8F2E7 top"/>
                  <wp:cNvGraphicFramePr>
                    <a:graphicFrameLocks noChangeAspect="1"/>
                  </wp:cNvGraphicFramePr>
                  <a:graphic>
                    <a:graphicData uri="http://schemas.openxmlformats.org/drawingml/2006/picture">
                      <pic:pic>
                        <pic:nvPicPr>
                          <pic:cNvPr id="0" name="cap_487.28_FFFFFF_10_F8F2E7_top.png"/>
                          <pic:cNvPicPr/>
                        </pic:nvPicPr>
                        <pic:blipFill>
                          <a:blip r:embed="rId36"/>
                          <a:stretch>
                            <a:fillRect/>
                          </a:stretch>
                        </pic:blipFill>
                        <pic:spPr>
                          <a:xfrm>
                            <a:off x="0" y="0"/>
                            <a:ext cx="6188399" cy="127000"/>
                          </a:xfrm>
                          <a:prstGeom prst="rect"/>
                        </pic:spPr>
                      </pic:pic>
                    </a:graphicData>
                  </a:graphic>
                </wp:inline>
              </w:drawing>
            </w:r>
          </w:p>
        </w:tc>
      </w:tr>
      <w:tr>
        <w:trPr>
          <w:trHeight w:val="1314" w:hRule="atLeast"/>
        </w:trPr>
        <w:tc>
          <w:tcPr>
            <w:tcW w:type="dxa" w:w="9746"/>
            <w:vAlign w:val="center"/>
            <w:shd w:fill="FFFFFF"/>
            <w:tcMar>
              <w:top w:w="0" w:type="dxa"/>
              <w:bottom w:w="0" w:type="dxa"/>
              <w:left w:w="360" w:type="dxa"/>
              <w:right w:w="360" w:type="dxa"/>
            </w:tcMar>
            <w:tcBorders>
              <w:left w:val="single" w:sz="4" w:color="DED9CE"/>
              <w:right w:val="single" w:sz="4" w:color="DED9CE"/>
            </w:tcBorders>
          </w:tcPr>
          <w:p>
            <w:pPr>
              <w:keepNext w:val="0"/>
              <w:spacing w:before="0" w:after="0" w:line="20" w:lineRule="exact"/>
            </w:pPr>
            <w:r>
              <w:rPr>
                <w:sz w:val="2"/>
              </w:rPr>
            </w:r>
          </w:p>
          <w:p>
            <w:pPr>
              <w:keepNext/>
              <w:spacing w:before="0" w:after="60" w:line="364" w:lineRule="exact"/>
            </w:pPr>
            <w:r>
              <w:rPr>
                <w:rFonts w:ascii="DejaVu Sans" w:hAnsi="DejaVu Sans"/>
                <w:b/>
                <w:color w:val="0F6F74"/>
                <w:sz w:val="26"/>
              </w:rPr>
              <w:t>The real need is</w:t>
            </w:r>
          </w:p>
          <w:p>
            <w:pPr>
              <w:keepNext/>
              <w:spacing w:before="0" w:after="60" w:line="298" w:lineRule="exact"/>
            </w:pPr>
            <w:r>
              <w:rPr>
                <w:rFonts w:ascii="DejaVu Sans" w:hAnsi="DejaVu Sans"/>
                <w:b w:val="0"/>
                <w:color w:val="677779"/>
                <w:sz w:val="21"/>
              </w:rPr>
              <w:t>What do I need: rest, support, safety, food, honesty or comfort?</w:t>
            </w:r>
          </w:p>
          <w:p>
            <w:pPr>
              <w:keepNext w:val="0"/>
              <w:spacing w:before="60" w:after="0" w:line="317" w:lineRule="exact"/>
              <w:pBdr>
                <w:bottom w:val="single" w:sz="4" w:space="4" w:color="D0D5CF"/>
              </w:pBdr>
            </w:pPr>
            <w:r>
              <w:rPr>
                <w:rFonts w:ascii="DejaVu Sans" w:hAnsi="DejaVu Sans"/>
                <w:b w:val="0"/>
                <w:color w:val="677779"/>
                <w:sz w:val="23"/>
              </w:rPr>
              <w:t>Type here</w:t>
            </w:r>
          </w:p>
        </w:tc>
      </w:tr>
      <w:tr>
        <w:tc>
          <w:tcPr>
            <w:tcW w:type="dxa" w:w="9746"/>
            <w:vAlign w:val="center"/>
            <w:shd w:fill="F8F2E7"/>
            <w:tcMar>
              <w:top w:w="0" w:type="dxa"/>
              <w:bottom w:w="0" w:type="dxa"/>
              <w:left w:w="0" w:type="dxa"/>
              <w:right w:w="0" w:type="dxa"/>
            </w:tcMar>
          </w:tcPr>
          <w:p>
            <w:pPr>
              <w:pStyle w:val="Artwork"/>
              <w:keepNext w:val="0"/>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6188399" cy="127000"/>
                  <wp:docPr id="39" name="Picture 39" descr="cap 487.28 FFFFFF 10 F8F2E7 bottom"/>
                  <wp:cNvGraphicFramePr>
                    <a:graphicFrameLocks noChangeAspect="1"/>
                  </wp:cNvGraphicFramePr>
                  <a:graphic>
                    <a:graphicData uri="http://schemas.openxmlformats.org/drawingml/2006/picture">
                      <pic:pic>
                        <pic:nvPicPr>
                          <pic:cNvPr id="0" name="cap_487.28_FFFFFF_10_F8F2E7_bottom.png"/>
                          <pic:cNvPicPr/>
                        </pic:nvPicPr>
                        <pic:blipFill>
                          <a:blip r:embed="rId37"/>
                          <a:stretch>
                            <a:fillRect/>
                          </a:stretch>
                        </pic:blipFill>
                        <pic:spPr>
                          <a:xfrm>
                            <a:off x="0" y="0"/>
                            <a:ext cx="6188399" cy="127000"/>
                          </a:xfrm>
                          <a:prstGeom prst="rect"/>
                        </pic:spPr>
                      </pic:pic>
                    </a:graphicData>
                  </a:graphic>
                </wp:inline>
              </w:drawing>
            </w:r>
          </w:p>
        </w:tc>
      </w:tr>
    </w:tbl>
    <w:p>
      <w:pPr>
        <w:keepNext w:val="0"/>
        <w:spacing w:before="0" w:after="0" w:line="200" w:lineRule="exact"/>
      </w:pPr>
      <w:r>
        <w:rPr>
          <w:sz w:val="2"/>
        </w:rPr>
      </w:r>
    </w:p>
    <w:tbl>
      <w:tblPr>
        <w:tblW w:type="dxa" w:w="9746"/>
        <w:jc w:val="center"/>
        <w:tblLayout w:type="fixed"/>
        <w:tblLook w:firstColumn="1" w:firstRow="1" w:lastColumn="0" w:lastRow="0" w:noHBand="0" w:noVBand="1" w:val="04A0"/>
        <w:tblBorders>
          <w:top w:val="nil"/>
          <w:left w:val="nil"/>
          <w:bottom w:val="nil"/>
          <w:right w:val="nil"/>
          <w:insideH w:val="nil"/>
          <w:insideV w:val="nil"/>
        </w:tblBorders>
      </w:tblPr>
      <w:tblGrid>
        <w:gridCol w:w="9746"/>
      </w:tblGrid>
      <w:tr>
        <w:tc>
          <w:tcPr>
            <w:tcW w:type="dxa" w:w="9746"/>
            <w:vAlign w:val="center"/>
            <w:shd w:fill="F8F2E7"/>
            <w:tcMar>
              <w:top w:w="0" w:type="dxa"/>
              <w:bottom w:w="0" w:type="dxa"/>
              <w:left w:w="0" w:type="dxa"/>
              <w:right w:w="0" w:type="dxa"/>
            </w:tcMar>
          </w:tcPr>
          <w:p>
            <w:pPr>
              <w:pStyle w:val="Artwork"/>
              <w:keepNext/>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6188399" cy="127000"/>
                  <wp:docPr id="40" name="Picture 40" descr="cap 487.28 FFFFFF 10 F8F2E7 top"/>
                  <wp:cNvGraphicFramePr>
                    <a:graphicFrameLocks noChangeAspect="1"/>
                  </wp:cNvGraphicFramePr>
                  <a:graphic>
                    <a:graphicData uri="http://schemas.openxmlformats.org/drawingml/2006/picture">
                      <pic:pic>
                        <pic:nvPicPr>
                          <pic:cNvPr id="0" name="cap_487.28_FFFFFF_10_F8F2E7_top.png"/>
                          <pic:cNvPicPr/>
                        </pic:nvPicPr>
                        <pic:blipFill>
                          <a:blip r:embed="rId36"/>
                          <a:stretch>
                            <a:fillRect/>
                          </a:stretch>
                        </pic:blipFill>
                        <pic:spPr>
                          <a:xfrm>
                            <a:off x="0" y="0"/>
                            <a:ext cx="6188399" cy="127000"/>
                          </a:xfrm>
                          <a:prstGeom prst="rect"/>
                        </pic:spPr>
                      </pic:pic>
                    </a:graphicData>
                  </a:graphic>
                </wp:inline>
              </w:drawing>
            </w:r>
          </w:p>
        </w:tc>
      </w:tr>
      <w:tr>
        <w:trPr>
          <w:trHeight w:val="1314" w:hRule="atLeast"/>
        </w:trPr>
        <w:tc>
          <w:tcPr>
            <w:tcW w:type="dxa" w:w="9746"/>
            <w:vAlign w:val="center"/>
            <w:shd w:fill="FFFFFF"/>
            <w:tcMar>
              <w:top w:w="0" w:type="dxa"/>
              <w:bottom w:w="0" w:type="dxa"/>
              <w:left w:w="360" w:type="dxa"/>
              <w:right w:w="360" w:type="dxa"/>
            </w:tcMar>
            <w:tcBorders>
              <w:left w:val="single" w:sz="4" w:color="DED9CE"/>
              <w:right w:val="single" w:sz="4" w:color="DED9CE"/>
            </w:tcBorders>
          </w:tcPr>
          <w:p>
            <w:pPr>
              <w:keepNext w:val="0"/>
              <w:spacing w:before="0" w:after="0" w:line="20" w:lineRule="exact"/>
            </w:pPr>
            <w:r>
              <w:rPr>
                <w:sz w:val="2"/>
              </w:rPr>
            </w:r>
          </w:p>
          <w:p>
            <w:pPr>
              <w:keepNext/>
              <w:spacing w:before="0" w:after="60" w:line="364" w:lineRule="exact"/>
            </w:pPr>
            <w:r>
              <w:rPr>
                <w:rFonts w:ascii="DejaVu Sans" w:hAnsi="DejaVu Sans"/>
                <w:b/>
                <w:color w:val="0F6F74"/>
                <w:sz w:val="26"/>
              </w:rPr>
              <w:t>My sober truth is</w:t>
            </w:r>
          </w:p>
          <w:p>
            <w:pPr>
              <w:keepNext/>
              <w:spacing w:before="0" w:after="60" w:line="298" w:lineRule="exact"/>
            </w:pPr>
            <w:r>
              <w:rPr>
                <w:rFonts w:ascii="DejaVu Sans" w:hAnsi="DejaVu Sans"/>
                <w:b w:val="0"/>
                <w:color w:val="677779"/>
                <w:sz w:val="21"/>
              </w:rPr>
              <w:t>What does the grounded part of me know?</w:t>
            </w:r>
          </w:p>
          <w:p>
            <w:pPr>
              <w:keepNext w:val="0"/>
              <w:spacing w:before="60" w:after="0" w:line="317" w:lineRule="exact"/>
              <w:pBdr>
                <w:bottom w:val="single" w:sz="4" w:space="4" w:color="D0D5CF"/>
              </w:pBdr>
            </w:pPr>
            <w:r>
              <w:rPr>
                <w:rFonts w:ascii="DejaVu Sans" w:hAnsi="DejaVu Sans"/>
                <w:b w:val="0"/>
                <w:color w:val="677779"/>
                <w:sz w:val="23"/>
              </w:rPr>
              <w:t>Type here</w:t>
            </w:r>
          </w:p>
        </w:tc>
      </w:tr>
      <w:tr>
        <w:tc>
          <w:tcPr>
            <w:tcW w:type="dxa" w:w="9746"/>
            <w:vAlign w:val="center"/>
            <w:shd w:fill="F8F2E7"/>
            <w:tcMar>
              <w:top w:w="0" w:type="dxa"/>
              <w:bottom w:w="0" w:type="dxa"/>
              <w:left w:w="0" w:type="dxa"/>
              <w:right w:w="0" w:type="dxa"/>
            </w:tcMar>
          </w:tcPr>
          <w:p>
            <w:pPr>
              <w:pStyle w:val="Artwork"/>
              <w:keepNext w:val="0"/>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6188399" cy="127000"/>
                  <wp:docPr id="41" name="Picture 41" descr="cap 487.28 FFFFFF 10 F8F2E7 bottom"/>
                  <wp:cNvGraphicFramePr>
                    <a:graphicFrameLocks noChangeAspect="1"/>
                  </wp:cNvGraphicFramePr>
                  <a:graphic>
                    <a:graphicData uri="http://schemas.openxmlformats.org/drawingml/2006/picture">
                      <pic:pic>
                        <pic:nvPicPr>
                          <pic:cNvPr id="0" name="cap_487.28_FFFFFF_10_F8F2E7_bottom.png"/>
                          <pic:cNvPicPr/>
                        </pic:nvPicPr>
                        <pic:blipFill>
                          <a:blip r:embed="rId37"/>
                          <a:stretch>
                            <a:fillRect/>
                          </a:stretch>
                        </pic:blipFill>
                        <pic:spPr>
                          <a:xfrm>
                            <a:off x="0" y="0"/>
                            <a:ext cx="6188399" cy="127000"/>
                          </a:xfrm>
                          <a:prstGeom prst="rect"/>
                        </pic:spPr>
                      </pic:pic>
                    </a:graphicData>
                  </a:graphic>
                </wp:inline>
              </w:drawing>
            </w:r>
          </w:p>
        </w:tc>
      </w:tr>
    </w:tbl>
    <w:p>
      <w:pPr>
        <w:keepNext w:val="0"/>
        <w:spacing w:before="0" w:after="0" w:line="200" w:lineRule="exact"/>
      </w:pPr>
      <w:r>
        <w:rPr>
          <w:sz w:val="2"/>
        </w:rPr>
      </w:r>
    </w:p>
    <w:tbl>
      <w:tblPr>
        <w:tblW w:type="dxa" w:w="9746"/>
        <w:jc w:val="center"/>
        <w:tblLayout w:type="fixed"/>
        <w:tblLook w:firstColumn="1" w:firstRow="1" w:lastColumn="0" w:lastRow="0" w:noHBand="0" w:noVBand="1" w:val="04A0"/>
        <w:tblBorders>
          <w:top w:val="nil"/>
          <w:left w:val="nil"/>
          <w:bottom w:val="nil"/>
          <w:right w:val="nil"/>
          <w:insideH w:val="nil"/>
          <w:insideV w:val="nil"/>
        </w:tblBorders>
      </w:tblPr>
      <w:tblGrid>
        <w:gridCol w:w="9746"/>
      </w:tblGrid>
      <w:tr>
        <w:tc>
          <w:tcPr>
            <w:tcW w:type="dxa" w:w="9746"/>
            <w:vAlign w:val="center"/>
            <w:shd w:fill="F8F2E7"/>
            <w:tcMar>
              <w:top w:w="0" w:type="dxa"/>
              <w:bottom w:w="0" w:type="dxa"/>
              <w:left w:w="0" w:type="dxa"/>
              <w:right w:w="0" w:type="dxa"/>
            </w:tcMar>
          </w:tcPr>
          <w:p>
            <w:pPr>
              <w:pStyle w:val="Artwork"/>
              <w:keepNext/>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6188399" cy="127000"/>
                  <wp:docPr id="42" name="Picture 42" descr="cap 487.28 FFFFFF 10 F8F2E7 top"/>
                  <wp:cNvGraphicFramePr>
                    <a:graphicFrameLocks noChangeAspect="1"/>
                  </wp:cNvGraphicFramePr>
                  <a:graphic>
                    <a:graphicData uri="http://schemas.openxmlformats.org/drawingml/2006/picture">
                      <pic:pic>
                        <pic:nvPicPr>
                          <pic:cNvPr id="0" name="cap_487.28_FFFFFF_10_F8F2E7_top.png"/>
                          <pic:cNvPicPr/>
                        </pic:nvPicPr>
                        <pic:blipFill>
                          <a:blip r:embed="rId36"/>
                          <a:stretch>
                            <a:fillRect/>
                          </a:stretch>
                        </pic:blipFill>
                        <pic:spPr>
                          <a:xfrm>
                            <a:off x="0" y="0"/>
                            <a:ext cx="6188399" cy="127000"/>
                          </a:xfrm>
                          <a:prstGeom prst="rect"/>
                        </pic:spPr>
                      </pic:pic>
                    </a:graphicData>
                  </a:graphic>
                </wp:inline>
              </w:drawing>
            </w:r>
          </w:p>
        </w:tc>
      </w:tr>
      <w:tr>
        <w:trPr>
          <w:trHeight w:val="1314" w:hRule="atLeast"/>
        </w:trPr>
        <w:tc>
          <w:tcPr>
            <w:tcW w:type="dxa" w:w="9746"/>
            <w:vAlign w:val="center"/>
            <w:shd w:fill="FFFFFF"/>
            <w:tcMar>
              <w:top w:w="0" w:type="dxa"/>
              <w:bottom w:w="0" w:type="dxa"/>
              <w:left w:w="360" w:type="dxa"/>
              <w:right w:w="360" w:type="dxa"/>
            </w:tcMar>
            <w:tcBorders>
              <w:left w:val="single" w:sz="4" w:color="DED9CE"/>
              <w:right w:val="single" w:sz="4" w:color="DED9CE"/>
            </w:tcBorders>
          </w:tcPr>
          <w:p>
            <w:pPr>
              <w:keepNext w:val="0"/>
              <w:spacing w:before="0" w:after="0" w:line="20" w:lineRule="exact"/>
            </w:pPr>
            <w:r>
              <w:rPr>
                <w:sz w:val="2"/>
              </w:rPr>
            </w:r>
          </w:p>
          <w:p>
            <w:pPr>
              <w:keepNext/>
              <w:spacing w:before="0" w:after="60" w:line="364" w:lineRule="exact"/>
            </w:pPr>
            <w:r>
              <w:rPr>
                <w:rFonts w:ascii="DejaVu Sans" w:hAnsi="DejaVu Sans"/>
                <w:b/>
                <w:color w:val="0F6F74"/>
                <w:sz w:val="26"/>
              </w:rPr>
              <w:t>My next honest action is</w:t>
            </w:r>
          </w:p>
          <w:p>
            <w:pPr>
              <w:keepNext/>
              <w:spacing w:before="0" w:after="60" w:line="298" w:lineRule="exact"/>
            </w:pPr>
            <w:r>
              <w:rPr>
                <w:rFonts w:ascii="DejaVu Sans" w:hAnsi="DejaVu Sans"/>
                <w:b w:val="0"/>
                <w:color w:val="677779"/>
                <w:sz w:val="21"/>
              </w:rPr>
              <w:t>What protects recovery now?</w:t>
            </w:r>
          </w:p>
          <w:p>
            <w:pPr>
              <w:keepNext w:val="0"/>
              <w:spacing w:before="60" w:after="0" w:line="317" w:lineRule="exact"/>
              <w:pBdr>
                <w:bottom w:val="single" w:sz="4" w:space="4" w:color="D0D5CF"/>
              </w:pBdr>
            </w:pPr>
            <w:r>
              <w:rPr>
                <w:rFonts w:ascii="DejaVu Sans" w:hAnsi="DejaVu Sans"/>
                <w:b w:val="0"/>
                <w:color w:val="677779"/>
                <w:sz w:val="23"/>
              </w:rPr>
              <w:t>Type here</w:t>
            </w:r>
          </w:p>
        </w:tc>
      </w:tr>
      <w:tr>
        <w:tc>
          <w:tcPr>
            <w:tcW w:type="dxa" w:w="9746"/>
            <w:vAlign w:val="center"/>
            <w:shd w:fill="F8F2E7"/>
            <w:tcMar>
              <w:top w:w="0" w:type="dxa"/>
              <w:bottom w:w="0" w:type="dxa"/>
              <w:left w:w="0" w:type="dxa"/>
              <w:right w:w="0" w:type="dxa"/>
            </w:tcMar>
          </w:tcPr>
          <w:p>
            <w:pPr>
              <w:pStyle w:val="Artwork"/>
              <w:keepNext w:val="0"/>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6188399" cy="127000"/>
                  <wp:docPr id="43" name="Picture 43" descr="cap 487.28 FFFFFF 10 F8F2E7 bottom"/>
                  <wp:cNvGraphicFramePr>
                    <a:graphicFrameLocks noChangeAspect="1"/>
                  </wp:cNvGraphicFramePr>
                  <a:graphic>
                    <a:graphicData uri="http://schemas.openxmlformats.org/drawingml/2006/picture">
                      <pic:pic>
                        <pic:nvPicPr>
                          <pic:cNvPr id="0" name="cap_487.28_FFFFFF_10_F8F2E7_bottom.png"/>
                          <pic:cNvPicPr/>
                        </pic:nvPicPr>
                        <pic:blipFill>
                          <a:blip r:embed="rId37"/>
                          <a:stretch>
                            <a:fillRect/>
                          </a:stretch>
                        </pic:blipFill>
                        <pic:spPr>
                          <a:xfrm>
                            <a:off x="0" y="0"/>
                            <a:ext cx="6188399" cy="127000"/>
                          </a:xfrm>
                          <a:prstGeom prst="rect"/>
                        </pic:spPr>
                      </pic:pic>
                    </a:graphicData>
                  </a:graphic>
                </wp:inline>
              </w:drawing>
            </w:r>
          </w:p>
        </w:tc>
      </w:tr>
    </w:tbl>
    <w:p>
      <w:pPr>
        <w:keepNext w:val="0"/>
        <w:spacing w:before="0" w:after="0" w:line="20" w:lineRule="exact"/>
      </w:pPr>
      <w:r>
        <w:rPr>
          <w:sz w:val="2"/>
        </w:rPr>
      </w:r>
    </w:p>
    <w:p>
      <w:pPr>
        <w:pStyle w:val="Artwork"/>
        <w:keepNext w:val="0"/>
        <w:spacing w:before="0" w:after="0" w:line="240" w:lineRule="auto"/>
        <w:ind w:left="-1080" w:right="-1080" w:firstLine="0"/>
        <w:rPr>
          <w:sz w:val="2"/>
        </w:rPr>
      </w:pPr>
      <w:r>
        <w:rPr>
          <w:sz w:val="2"/>
          <w:position w:val="0"/>
        </w:rPr>
        <w:drawing>
          <wp:inline xmlns:a="http://schemas.openxmlformats.org/drawingml/2006/main" xmlns:pic="http://schemas.openxmlformats.org/drawingml/2006/picture" distT="0" distB="0" distL="0" distR="0">
            <wp:extent cx="7559999" cy="874900"/>
            <wp:docPr id="44" name="Picture 44" descr="page 16 769.00 837.89"/>
            <wp:cNvGraphicFramePr>
              <a:graphicFrameLocks noChangeAspect="1"/>
            </wp:cNvGraphicFramePr>
            <a:graphic>
              <a:graphicData uri="http://schemas.openxmlformats.org/drawingml/2006/picture">
                <pic:pic>
                  <pic:nvPicPr>
                    <pic:cNvPr id="0" name="page_16_769.00_837.89.png"/>
                    <pic:cNvPicPr/>
                  </pic:nvPicPr>
                  <pic:blipFill>
                    <a:blip r:embed="rId38"/>
                    <a:stretch>
                      <a:fillRect/>
                    </a:stretch>
                  </pic:blipFill>
                  <pic:spPr>
                    <a:xfrm>
                      <a:off x="0" y="0"/>
                      <a:ext cx="7559999" cy="874900"/>
                    </a:xfrm>
                    <a:prstGeom prst="rect"/>
                  </pic:spPr>
                </pic:pic>
              </a:graphicData>
            </a:graphic>
          </wp:inline>
        </w:drawing>
      </w:r>
    </w:p>
    <w:p>
      <w:pPr>
        <w:keepNext w:val="0"/>
        <w:spacing w:before="0" w:after="0" w:line="20" w:lineRule="exact"/>
        <w:sectPr>
          <w:pgSz w:w="11906" w:h="16838"/>
          <w:pgMar w:top="0" w:right="1080" w:bottom="0" w:left="1080" w:header="0" w:footer="0" w:gutter="0"/>
          <w:cols w:space="720"/>
          <w:docGrid w:linePitch="360"/>
        </w:sectPr>
      </w:pPr>
      <w:r>
        <w:rPr>
          <w:sz w:val="2"/>
        </w:rPr>
      </w:r>
    </w:p>
    <w:p>
      <w:pPr>
        <w:pStyle w:val="Artwork"/>
        <w:keepNext w:val="0"/>
        <w:spacing w:before="0" w:after="0" w:line="240" w:lineRule="auto"/>
        <w:ind w:left="-1080" w:right="-1080" w:firstLine="0"/>
        <w:rPr>
          <w:sz w:val="2"/>
        </w:rPr>
      </w:pPr>
      <w:r>
        <w:rPr>
          <w:sz w:val="2"/>
          <w:position w:val="0"/>
        </w:rPr>
        <w:drawing>
          <wp:inline xmlns:a="http://schemas.openxmlformats.org/drawingml/2006/main" xmlns:pic="http://schemas.openxmlformats.org/drawingml/2006/picture" distT="0" distB="0" distL="0" distR="0">
            <wp:extent cx="7559999" cy="2280920"/>
            <wp:docPr id="45" name="Picture 45" descr="page 17 0.00 179.60"/>
            <wp:cNvGraphicFramePr>
              <a:graphicFrameLocks noChangeAspect="1"/>
            </wp:cNvGraphicFramePr>
            <a:graphic>
              <a:graphicData uri="http://schemas.openxmlformats.org/drawingml/2006/picture">
                <pic:pic>
                  <pic:nvPicPr>
                    <pic:cNvPr id="0" name="page_17_0.00_179.60.png"/>
                    <pic:cNvPicPr/>
                  </pic:nvPicPr>
                  <pic:blipFill>
                    <a:blip r:embed="rId39"/>
                    <a:stretch>
                      <a:fillRect/>
                    </a:stretch>
                  </pic:blipFill>
                  <pic:spPr>
                    <a:xfrm>
                      <a:off x="0" y="0"/>
                      <a:ext cx="7559999" cy="2280920"/>
                    </a:xfrm>
                    <a:prstGeom prst="rect"/>
                  </pic:spPr>
                </pic:pic>
              </a:graphicData>
            </a:graphic>
          </wp:inline>
        </w:drawing>
      </w:r>
    </w:p>
    <w:tbl>
      <w:tblPr>
        <w:tblW w:type="dxa" w:w="9746"/>
        <w:jc w:val="center"/>
        <w:tblLayout w:type="fixed"/>
        <w:tblLook w:firstColumn="1" w:firstRow="1" w:lastColumn="0" w:lastRow="0" w:noHBand="0" w:noVBand="1" w:val="04A0"/>
        <w:tblBorders>
          <w:top w:val="nil"/>
          <w:left w:val="nil"/>
          <w:bottom w:val="nil"/>
          <w:right w:val="nil"/>
          <w:insideH w:val="nil"/>
          <w:insideV w:val="nil"/>
        </w:tblBorders>
      </w:tblPr>
      <w:tblGrid>
        <w:gridCol w:w="9746"/>
      </w:tblGrid>
      <w:tr>
        <w:tc>
          <w:tcPr>
            <w:tcW w:type="dxa" w:w="9746"/>
            <w:vAlign w:val="center"/>
            <w:shd w:fill="FFFFFF"/>
            <w:tcMar>
              <w:top w:w="0" w:type="dxa"/>
              <w:bottom w:w="0" w:type="dxa"/>
              <w:left w:w="0" w:type="dxa"/>
              <w:right w:w="0" w:type="dxa"/>
            </w:tcMar>
          </w:tcPr>
          <w:p>
            <w:pPr>
              <w:pStyle w:val="Artwork"/>
              <w:keepNext w:val="0"/>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6188399" cy="660400"/>
                  <wp:docPr id="46" name="Picture 46" descr="daily header"/>
                  <wp:cNvGraphicFramePr>
                    <a:graphicFrameLocks noChangeAspect="1"/>
                  </wp:cNvGraphicFramePr>
                  <a:graphic>
                    <a:graphicData uri="http://schemas.openxmlformats.org/drawingml/2006/picture">
                      <pic:pic>
                        <pic:nvPicPr>
                          <pic:cNvPr id="0" name="daily_header.png"/>
                          <pic:cNvPicPr/>
                        </pic:nvPicPr>
                        <pic:blipFill>
                          <a:blip r:embed="rId40"/>
                          <a:stretch>
                            <a:fillRect/>
                          </a:stretch>
                        </pic:blipFill>
                        <pic:spPr>
                          <a:xfrm>
                            <a:off x="0" y="0"/>
                            <a:ext cx="6188399" cy="660400"/>
                          </a:xfrm>
                          <a:prstGeom prst="rect"/>
                        </pic:spPr>
                      </pic:pic>
                    </a:graphicData>
                  </a:graphic>
                </wp:inline>
              </w:drawing>
            </w:r>
          </w:p>
        </w:tc>
      </w:tr>
      <w:tr>
        <w:tc>
          <w:tcPr>
            <w:tcW w:type="dxa" w:w="9746"/>
            <w:vAlign w:val="center"/>
            <w:shd w:fill="FFFFFF"/>
            <w:tcMar>
              <w:top w:w="0" w:type="dxa"/>
              <w:bottom w:w="0" w:type="dxa"/>
              <w:left w:w="280" w:type="dxa"/>
              <w:right w:w="280" w:type="dxa"/>
            </w:tcMar>
          </w:tcPr>
          <w:p>
            <w:pPr>
              <w:keepNext w:val="0"/>
              <w:spacing w:before="0" w:after="0" w:line="20" w:lineRule="exact"/>
            </w:pPr>
            <w:r>
              <w:rPr>
                <w:sz w:val="2"/>
              </w:rPr>
            </w:r>
          </w:p>
          <w:tbl>
            <w:tblPr>
              <w:tblW w:type="dxa" w:w="9186"/>
              <w:jc w:val="center"/>
              <w:tblLayout w:type="fixed"/>
              <w:tblLook w:firstColumn="1" w:firstRow="1" w:lastColumn="0" w:lastRow="0" w:noHBand="0" w:noVBand="1" w:val="04A0"/>
              <w:tblBorders>
                <w:top w:val="nil"/>
                <w:left w:val="nil"/>
                <w:bottom w:val="nil"/>
                <w:right w:val="nil"/>
                <w:insideH w:val="nil"/>
                <w:insideV w:val="nil"/>
              </w:tblBorders>
            </w:tblPr>
            <w:tblGrid>
              <w:gridCol w:w="920"/>
              <w:gridCol w:w="2800"/>
              <w:gridCol w:w="2900"/>
              <w:gridCol w:w="2566"/>
            </w:tblGrid>
            <w:tr>
              <w:trPr>
                <w:trHeight w:val="1020" w:hRule="atLeast"/>
              </w:trPr>
              <w:tc>
                <w:tcPr>
                  <w:tcW w:type="dxa" w:w="920"/>
                  <w:vAlign w:val="center"/>
                  <w:shd w:fill="FFFFFF"/>
                  <w:tcMar>
                    <w:top w:w="0" w:type="dxa"/>
                    <w:bottom w:w="0" w:type="dxa"/>
                    <w:left w:w="0" w:type="dxa"/>
                    <w:right w:w="0" w:type="dxa"/>
                  </w:tcMar>
                </w:tcPr>
                <w:p>
                  <w:pPr>
                    <w:keepNext w:val="0"/>
                    <w:spacing w:before="0" w:after="0" w:line="20" w:lineRule="exact"/>
                  </w:pPr>
                  <w:r>
                    <w:rPr>
                      <w:sz w:val="2"/>
                    </w:rPr>
                  </w:r>
                </w:p>
                <w:tbl>
                  <w:tblPr>
                    <w:tblW w:type="dxa" w:w="860"/>
                    <w:jc w:val="center"/>
                    <w:tblLayout w:type="fixed"/>
                    <w:tblLook w:firstColumn="1" w:firstRow="1" w:lastColumn="0" w:lastRow="0" w:noHBand="0" w:noVBand="1" w:val="04A0"/>
                    <w:tblBorders>
                      <w:top w:val="nil"/>
                      <w:left w:val="nil"/>
                      <w:bottom w:val="nil"/>
                      <w:right w:val="nil"/>
                      <w:insideH w:val="nil"/>
                      <w:insideV w:val="nil"/>
                    </w:tblBorders>
                  </w:tblPr>
                  <w:tblGrid>
                    <w:gridCol w:w="860"/>
                  </w:tblGrid>
                  <w:tr>
                    <w:tc>
                      <w:tcPr>
                        <w:tcW w:type="dxa" w:w="860"/>
                        <w:vAlign w:val="center"/>
                        <w:shd w:fill="FFFFFF"/>
                        <w:tcMar>
                          <w:top w:w="0" w:type="dxa"/>
                          <w:bottom w:w="0" w:type="dxa"/>
                          <w:left w:w="0" w:type="dxa"/>
                          <w:right w:w="0" w:type="dxa"/>
                        </w:tcMar>
                      </w:tcPr>
                      <w:p>
                        <w:pPr>
                          <w:pStyle w:val="Artwork"/>
                          <w:keepNext/>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546100" cy="88900"/>
                              <wp:docPr id="47" name="Picture 47" descr="cap 43.00 F8F7F3 7 FFFFFF top"/>
                              <wp:cNvGraphicFramePr>
                                <a:graphicFrameLocks noChangeAspect="1"/>
                              </wp:cNvGraphicFramePr>
                              <a:graphic>
                                <a:graphicData uri="http://schemas.openxmlformats.org/drawingml/2006/picture">
                                  <pic:pic>
                                    <pic:nvPicPr>
                                      <pic:cNvPr id="0" name="cap_43.00_F8F7F3_7_FFFFFF_top.png"/>
                                      <pic:cNvPicPr/>
                                    </pic:nvPicPr>
                                    <pic:blipFill>
                                      <a:blip r:embed="rId41"/>
                                      <a:stretch>
                                        <a:fillRect/>
                                      </a:stretch>
                                    </pic:blipFill>
                                    <pic:spPr>
                                      <a:xfrm>
                                        <a:off x="0" y="0"/>
                                        <a:ext cx="546100" cy="88900"/>
                                      </a:xfrm>
                                      <a:prstGeom prst="rect"/>
                                    </pic:spPr>
                                  </pic:pic>
                                </a:graphicData>
                              </a:graphic>
                            </wp:inline>
                          </w:drawing>
                        </w:r>
                      </w:p>
                    </w:tc>
                  </w:tr>
                  <w:tr>
                    <w:trPr>
                      <w:trHeight w:val="660" w:hRule="atLeast"/>
                    </w:trPr>
                    <w:tc>
                      <w:tcPr>
                        <w:tcW w:type="dxa" w:w="860"/>
                        <w:vAlign w:val="center"/>
                        <w:shd w:fill="F8F7F3"/>
                        <w:tcMar>
                          <w:top w:w="0" w:type="dxa"/>
                          <w:bottom w:w="0" w:type="dxa"/>
                          <w:left w:w="140" w:type="dxa"/>
                          <w:right w:w="140" w:type="dxa"/>
                        </w:tcMar>
                        <w:tcBorders>
                          <w:left w:val="single" w:sz="4" w:color="DED9CE"/>
                          <w:right w:val="single" w:sz="4" w:color="DED9CE"/>
                        </w:tcBorders>
                      </w:tcPr>
                      <w:p>
                        <w:pPr>
                          <w:keepNext w:val="0"/>
                          <w:spacing w:before="0" w:after="0" w:line="20" w:lineRule="exact"/>
                        </w:pPr>
                        <w:r>
                          <w:rPr>
                            <w:sz w:val="2"/>
                          </w:rPr>
                        </w:r>
                      </w:p>
                      <w:p>
                        <w:pPr>
                          <w:keepNext w:val="0"/>
                          <w:spacing w:before="0" w:after="0" w:line="298" w:lineRule="exact"/>
                        </w:pPr>
                        <w:r>
                          <w:rPr>
                            <w:rFonts w:ascii="DejaVu Sans" w:hAnsi="DejaVu Sans"/>
                            <w:b w:val="0"/>
                            <w:color w:val="192A2C"/>
                            <w:sz w:val="21"/>
                          </w:rPr>
                          <w:t>Mon</w:t>
                        </w:r>
                      </w:p>
                    </w:tc>
                  </w:tr>
                  <w:tr>
                    <w:tc>
                      <w:tcPr>
                        <w:tcW w:type="dxa" w:w="860"/>
                        <w:vAlign w:val="center"/>
                        <w:shd w:fill="FFFFFF"/>
                        <w:tcMar>
                          <w:top w:w="0" w:type="dxa"/>
                          <w:bottom w:w="0" w:type="dxa"/>
                          <w:left w:w="0" w:type="dxa"/>
                          <w:right w:w="0" w:type="dxa"/>
                        </w:tcMar>
                      </w:tcPr>
                      <w:p>
                        <w:pPr>
                          <w:pStyle w:val="Artwork"/>
                          <w:keepNext w:val="0"/>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546100" cy="88900"/>
                              <wp:docPr id="48" name="Picture 48" descr="cap 43.00 F8F7F3 7 FFFFFF bottom"/>
                              <wp:cNvGraphicFramePr>
                                <a:graphicFrameLocks noChangeAspect="1"/>
                              </wp:cNvGraphicFramePr>
                              <a:graphic>
                                <a:graphicData uri="http://schemas.openxmlformats.org/drawingml/2006/picture">
                                  <pic:pic>
                                    <pic:nvPicPr>
                                      <pic:cNvPr id="0" name="cap_43.00_F8F7F3_7_FFFFFF_bottom.png"/>
                                      <pic:cNvPicPr/>
                                    </pic:nvPicPr>
                                    <pic:blipFill>
                                      <a:blip r:embed="rId42"/>
                                      <a:stretch>
                                        <a:fillRect/>
                                      </a:stretch>
                                    </pic:blipFill>
                                    <pic:spPr>
                                      <a:xfrm>
                                        <a:off x="0" y="0"/>
                                        <a:ext cx="546100" cy="88900"/>
                                      </a:xfrm>
                                      <a:prstGeom prst="rect"/>
                                    </pic:spPr>
                                  </pic:pic>
                                </a:graphicData>
                              </a:graphic>
                            </wp:inline>
                          </w:drawing>
                        </w:r>
                      </w:p>
                    </w:tc>
                  </w:tr>
                </w:tbl>
                <w:p>
                  <w:pPr>
                    <w:keepNext w:val="0"/>
                    <w:spacing w:before="0" w:after="0" w:line="20" w:lineRule="exact"/>
                  </w:pPr>
                  <w:r>
                    <w:rPr>
                      <w:sz w:val="2"/>
                    </w:rPr>
                  </w:r>
                </w:p>
              </w:tc>
              <w:tc>
                <w:tcPr>
                  <w:tcW w:type="dxa" w:w="2800"/>
                  <w:vAlign w:val="center"/>
                  <w:shd w:fill="FFFFFF"/>
                  <w:tcMar>
                    <w:top w:w="0" w:type="dxa"/>
                    <w:bottom w:w="0" w:type="dxa"/>
                    <w:left w:w="0" w:type="dxa"/>
                    <w:right w:w="0" w:type="dxa"/>
                  </w:tcMar>
                </w:tcPr>
                <w:p>
                  <w:pPr>
                    <w:keepNext w:val="0"/>
                    <w:spacing w:before="0" w:after="0" w:line="20" w:lineRule="exact"/>
                  </w:pPr>
                  <w:r>
                    <w:rPr>
                      <w:sz w:val="2"/>
                    </w:rPr>
                  </w:r>
                </w:p>
                <w:tbl>
                  <w:tblPr>
                    <w:tblW w:type="dxa" w:w="2740"/>
                    <w:jc w:val="center"/>
                    <w:tblLayout w:type="fixed"/>
                    <w:tblLook w:firstColumn="1" w:firstRow="1" w:lastColumn="0" w:lastRow="0" w:noHBand="0" w:noVBand="1" w:val="04A0"/>
                    <w:tblBorders>
                      <w:top w:val="nil"/>
                      <w:left w:val="nil"/>
                      <w:bottom w:val="nil"/>
                      <w:right w:val="nil"/>
                      <w:insideH w:val="nil"/>
                      <w:insideV w:val="nil"/>
                    </w:tblBorders>
                  </w:tblPr>
                  <w:tblGrid>
                    <w:gridCol w:w="2740"/>
                  </w:tblGrid>
                  <w:tr>
                    <w:tc>
                      <w:tcPr>
                        <w:tcW w:type="dxa" w:w="2740"/>
                        <w:vAlign w:val="center"/>
                        <w:shd w:fill="FFFFFF"/>
                        <w:tcMar>
                          <w:top w:w="0" w:type="dxa"/>
                          <w:bottom w:w="0" w:type="dxa"/>
                          <w:left w:w="0" w:type="dxa"/>
                          <w:right w:w="0" w:type="dxa"/>
                        </w:tcMar>
                      </w:tcPr>
                      <w:p>
                        <w:pPr>
                          <w:pStyle w:val="Artwork"/>
                          <w:keepNext/>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1739900" cy="88900"/>
                              <wp:docPr id="49" name="Picture 49" descr="cap 137.00 F8F7F3 7 FFFFFF top"/>
                              <wp:cNvGraphicFramePr>
                                <a:graphicFrameLocks noChangeAspect="1"/>
                              </wp:cNvGraphicFramePr>
                              <a:graphic>
                                <a:graphicData uri="http://schemas.openxmlformats.org/drawingml/2006/picture">
                                  <pic:pic>
                                    <pic:nvPicPr>
                                      <pic:cNvPr id="0" name="cap_137.00_F8F7F3_7_FFFFFF_top.png"/>
                                      <pic:cNvPicPr/>
                                    </pic:nvPicPr>
                                    <pic:blipFill>
                                      <a:blip r:embed="rId43"/>
                                      <a:stretch>
                                        <a:fillRect/>
                                      </a:stretch>
                                    </pic:blipFill>
                                    <pic:spPr>
                                      <a:xfrm>
                                        <a:off x="0" y="0"/>
                                        <a:ext cx="1739900" cy="88900"/>
                                      </a:xfrm>
                                      <a:prstGeom prst="rect"/>
                                    </pic:spPr>
                                  </pic:pic>
                                </a:graphicData>
                              </a:graphic>
                            </wp:inline>
                          </w:drawing>
                        </w:r>
                      </w:p>
                    </w:tc>
                  </w:tr>
                  <w:tr>
                    <w:trPr>
                      <w:trHeight w:val="660" w:hRule="atLeast"/>
                    </w:trPr>
                    <w:tc>
                      <w:tcPr>
                        <w:tcW w:type="dxa" w:w="2740"/>
                        <w:vAlign w:val="center"/>
                        <w:shd w:fill="F8F7F3"/>
                        <w:tcMar>
                          <w:top w:w="0" w:type="dxa"/>
                          <w:bottom w:w="0" w:type="dxa"/>
                          <w:left w:w="140" w:type="dxa"/>
                          <w:right w:w="140" w:type="dxa"/>
                        </w:tcMar>
                        <w:tcBorders>
                          <w:left w:val="single" w:sz="4" w:color="DED9CE"/>
                          <w:right w:val="single" w:sz="4" w:color="DED9CE"/>
                        </w:tcBorders>
                      </w:tcPr>
                      <w:p>
                        <w:pPr>
                          <w:keepNext w:val="0"/>
                          <w:spacing w:before="0" w:after="0" w:line="20" w:lineRule="exact"/>
                        </w:pPr>
                        <w:r>
                          <w:rPr>
                            <w:sz w:val="2"/>
                          </w:rPr>
                        </w:r>
                      </w:p>
                      <w:p>
                        <w:pPr>
                          <w:keepNext w:val="0"/>
                          <w:spacing w:before="0" w:after="0" w:line="298" w:lineRule="exact"/>
                        </w:pPr>
                        <w:r>
                          <w:rPr>
                            <w:rFonts w:ascii="DejaVu Sans" w:hAnsi="DejaVu Sans"/>
                            <w:b w:val="0"/>
                            <w:color w:val="677779"/>
                            <w:sz w:val="21"/>
                          </w:rPr>
                          <w:t>Type here</w:t>
                        </w:r>
                      </w:p>
                    </w:tc>
                  </w:tr>
                  <w:tr>
                    <w:tc>
                      <w:tcPr>
                        <w:tcW w:type="dxa" w:w="2740"/>
                        <w:vAlign w:val="center"/>
                        <w:shd w:fill="FFFFFF"/>
                        <w:tcMar>
                          <w:top w:w="0" w:type="dxa"/>
                          <w:bottom w:w="0" w:type="dxa"/>
                          <w:left w:w="0" w:type="dxa"/>
                          <w:right w:w="0" w:type="dxa"/>
                        </w:tcMar>
                      </w:tcPr>
                      <w:p>
                        <w:pPr>
                          <w:pStyle w:val="Artwork"/>
                          <w:keepNext w:val="0"/>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1739900" cy="88900"/>
                              <wp:docPr id="50" name="Picture 50" descr="cap 137.00 F8F7F3 7 FFFFFF bottom"/>
                              <wp:cNvGraphicFramePr>
                                <a:graphicFrameLocks noChangeAspect="1"/>
                              </wp:cNvGraphicFramePr>
                              <a:graphic>
                                <a:graphicData uri="http://schemas.openxmlformats.org/drawingml/2006/picture">
                                  <pic:pic>
                                    <pic:nvPicPr>
                                      <pic:cNvPr id="0" name="cap_137.00_F8F7F3_7_FFFFFF_bottom.png"/>
                                      <pic:cNvPicPr/>
                                    </pic:nvPicPr>
                                    <pic:blipFill>
                                      <a:blip r:embed="rId44"/>
                                      <a:stretch>
                                        <a:fillRect/>
                                      </a:stretch>
                                    </pic:blipFill>
                                    <pic:spPr>
                                      <a:xfrm>
                                        <a:off x="0" y="0"/>
                                        <a:ext cx="1739900" cy="88900"/>
                                      </a:xfrm>
                                      <a:prstGeom prst="rect"/>
                                    </pic:spPr>
                                  </pic:pic>
                                </a:graphicData>
                              </a:graphic>
                            </wp:inline>
                          </w:drawing>
                        </w:r>
                      </w:p>
                    </w:tc>
                  </w:tr>
                </w:tbl>
                <w:p>
                  <w:pPr>
                    <w:keepNext w:val="0"/>
                    <w:spacing w:before="0" w:after="0" w:line="20" w:lineRule="exact"/>
                  </w:pPr>
                  <w:r>
                    <w:rPr>
                      <w:sz w:val="2"/>
                    </w:rPr>
                  </w:r>
                </w:p>
              </w:tc>
              <w:tc>
                <w:tcPr>
                  <w:tcW w:type="dxa" w:w="2900"/>
                  <w:vAlign w:val="center"/>
                  <w:shd w:fill="FFFFFF"/>
                  <w:tcMar>
                    <w:top w:w="0" w:type="dxa"/>
                    <w:bottom w:w="0" w:type="dxa"/>
                    <w:left w:w="0" w:type="dxa"/>
                    <w:right w:w="0" w:type="dxa"/>
                  </w:tcMar>
                </w:tcPr>
                <w:p>
                  <w:pPr>
                    <w:keepNext w:val="0"/>
                    <w:spacing w:before="0" w:after="0" w:line="20" w:lineRule="exact"/>
                  </w:pPr>
                  <w:r>
                    <w:rPr>
                      <w:sz w:val="2"/>
                    </w:rPr>
                  </w:r>
                </w:p>
                <w:tbl>
                  <w:tblPr>
                    <w:tblW w:type="dxa" w:w="2840"/>
                    <w:jc w:val="center"/>
                    <w:tblLayout w:type="fixed"/>
                    <w:tblLook w:firstColumn="1" w:firstRow="1" w:lastColumn="0" w:lastRow="0" w:noHBand="0" w:noVBand="1" w:val="04A0"/>
                    <w:tblBorders>
                      <w:top w:val="nil"/>
                      <w:left w:val="nil"/>
                      <w:bottom w:val="nil"/>
                      <w:right w:val="nil"/>
                      <w:insideH w:val="nil"/>
                      <w:insideV w:val="nil"/>
                    </w:tblBorders>
                  </w:tblPr>
                  <w:tblGrid>
                    <w:gridCol w:w="2840"/>
                  </w:tblGrid>
                  <w:tr>
                    <w:tc>
                      <w:tcPr>
                        <w:tcW w:type="dxa" w:w="2840"/>
                        <w:vAlign w:val="center"/>
                        <w:shd w:fill="FFFFFF"/>
                        <w:tcMar>
                          <w:top w:w="0" w:type="dxa"/>
                          <w:bottom w:w="0" w:type="dxa"/>
                          <w:left w:w="0" w:type="dxa"/>
                          <w:right w:w="0" w:type="dxa"/>
                        </w:tcMar>
                      </w:tcPr>
                      <w:p>
                        <w:pPr>
                          <w:pStyle w:val="Artwork"/>
                          <w:keepNext/>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1803400" cy="88900"/>
                              <wp:docPr id="51" name="Picture 51" descr="cap 142.00 F8F7F3 7 FFFFFF top"/>
                              <wp:cNvGraphicFramePr>
                                <a:graphicFrameLocks noChangeAspect="1"/>
                              </wp:cNvGraphicFramePr>
                              <a:graphic>
                                <a:graphicData uri="http://schemas.openxmlformats.org/drawingml/2006/picture">
                                  <pic:pic>
                                    <pic:nvPicPr>
                                      <pic:cNvPr id="0" name="cap_142.00_F8F7F3_7_FFFFFF_top.png"/>
                                      <pic:cNvPicPr/>
                                    </pic:nvPicPr>
                                    <pic:blipFill>
                                      <a:blip r:embed="rId45"/>
                                      <a:stretch>
                                        <a:fillRect/>
                                      </a:stretch>
                                    </pic:blipFill>
                                    <pic:spPr>
                                      <a:xfrm>
                                        <a:off x="0" y="0"/>
                                        <a:ext cx="1803400" cy="88900"/>
                                      </a:xfrm>
                                      <a:prstGeom prst="rect"/>
                                    </pic:spPr>
                                  </pic:pic>
                                </a:graphicData>
                              </a:graphic>
                            </wp:inline>
                          </w:drawing>
                        </w:r>
                      </w:p>
                    </w:tc>
                  </w:tr>
                  <w:tr>
                    <w:trPr>
                      <w:trHeight w:val="660" w:hRule="atLeast"/>
                    </w:trPr>
                    <w:tc>
                      <w:tcPr>
                        <w:tcW w:type="dxa" w:w="2840"/>
                        <w:vAlign w:val="center"/>
                        <w:shd w:fill="F8F7F3"/>
                        <w:tcMar>
                          <w:top w:w="0" w:type="dxa"/>
                          <w:bottom w:w="0" w:type="dxa"/>
                          <w:left w:w="140" w:type="dxa"/>
                          <w:right w:w="140" w:type="dxa"/>
                        </w:tcMar>
                        <w:tcBorders>
                          <w:left w:val="single" w:sz="4" w:color="DED9CE"/>
                          <w:right w:val="single" w:sz="4" w:color="DED9CE"/>
                        </w:tcBorders>
                      </w:tcPr>
                      <w:p>
                        <w:pPr>
                          <w:keepNext w:val="0"/>
                          <w:spacing w:before="0" w:after="0" w:line="20" w:lineRule="exact"/>
                        </w:pPr>
                        <w:r>
                          <w:rPr>
                            <w:sz w:val="2"/>
                          </w:rPr>
                        </w:r>
                      </w:p>
                      <w:p>
                        <w:pPr>
                          <w:keepNext w:val="0"/>
                          <w:spacing w:before="0" w:after="0" w:line="298" w:lineRule="exact"/>
                        </w:pPr>
                        <w:r>
                          <w:rPr>
                            <w:rFonts w:ascii="DejaVu Sans" w:hAnsi="DejaVu Sans"/>
                            <w:b w:val="0"/>
                            <w:color w:val="677779"/>
                            <w:sz w:val="21"/>
                          </w:rPr>
                          <w:t>Type here</w:t>
                        </w:r>
                      </w:p>
                    </w:tc>
                  </w:tr>
                  <w:tr>
                    <w:tc>
                      <w:tcPr>
                        <w:tcW w:type="dxa" w:w="2840"/>
                        <w:vAlign w:val="center"/>
                        <w:shd w:fill="FFFFFF"/>
                        <w:tcMar>
                          <w:top w:w="0" w:type="dxa"/>
                          <w:bottom w:w="0" w:type="dxa"/>
                          <w:left w:w="0" w:type="dxa"/>
                          <w:right w:w="0" w:type="dxa"/>
                        </w:tcMar>
                      </w:tcPr>
                      <w:p>
                        <w:pPr>
                          <w:pStyle w:val="Artwork"/>
                          <w:keepNext w:val="0"/>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1803400" cy="88900"/>
                              <wp:docPr id="52" name="Picture 52" descr="cap 142.00 F8F7F3 7 FFFFFF bottom"/>
                              <wp:cNvGraphicFramePr>
                                <a:graphicFrameLocks noChangeAspect="1"/>
                              </wp:cNvGraphicFramePr>
                              <a:graphic>
                                <a:graphicData uri="http://schemas.openxmlformats.org/drawingml/2006/picture">
                                  <pic:pic>
                                    <pic:nvPicPr>
                                      <pic:cNvPr id="0" name="cap_142.00_F8F7F3_7_FFFFFF_bottom.png"/>
                                      <pic:cNvPicPr/>
                                    </pic:nvPicPr>
                                    <pic:blipFill>
                                      <a:blip r:embed="rId46"/>
                                      <a:stretch>
                                        <a:fillRect/>
                                      </a:stretch>
                                    </pic:blipFill>
                                    <pic:spPr>
                                      <a:xfrm>
                                        <a:off x="0" y="0"/>
                                        <a:ext cx="1803400" cy="88900"/>
                                      </a:xfrm>
                                      <a:prstGeom prst="rect"/>
                                    </pic:spPr>
                                  </pic:pic>
                                </a:graphicData>
                              </a:graphic>
                            </wp:inline>
                          </w:drawing>
                        </w:r>
                      </w:p>
                    </w:tc>
                  </w:tr>
                </w:tbl>
                <w:p>
                  <w:pPr>
                    <w:keepNext w:val="0"/>
                    <w:spacing w:before="0" w:after="0" w:line="20" w:lineRule="exact"/>
                  </w:pPr>
                  <w:r>
                    <w:rPr>
                      <w:sz w:val="2"/>
                    </w:rPr>
                  </w:r>
                </w:p>
              </w:tc>
              <w:tc>
                <w:tcPr>
                  <w:tcW w:type="dxa" w:w="2566"/>
                  <w:vAlign w:val="center"/>
                  <w:shd w:fill="FFFFFF"/>
                  <w:tcMar>
                    <w:top w:w="0" w:type="dxa"/>
                    <w:bottom w:w="0" w:type="dxa"/>
                    <w:left w:w="0" w:type="dxa"/>
                    <w:right w:w="0" w:type="dxa"/>
                  </w:tcMar>
                </w:tcPr>
                <w:p>
                  <w:pPr>
                    <w:keepNext w:val="0"/>
                    <w:spacing w:before="0" w:after="0" w:line="20" w:lineRule="exact"/>
                  </w:pPr>
                  <w:r>
                    <w:rPr>
                      <w:sz w:val="2"/>
                    </w:rPr>
                  </w:r>
                </w:p>
                <w:tbl>
                  <w:tblPr>
                    <w:tblW w:type="dxa" w:w="2506"/>
                    <w:jc w:val="center"/>
                    <w:tblLayout w:type="fixed"/>
                    <w:tblLook w:firstColumn="1" w:firstRow="1" w:lastColumn="0" w:lastRow="0" w:noHBand="0" w:noVBand="1" w:val="04A0"/>
                    <w:tblBorders>
                      <w:top w:val="nil"/>
                      <w:left w:val="nil"/>
                      <w:bottom w:val="nil"/>
                      <w:right w:val="nil"/>
                      <w:insideH w:val="nil"/>
                      <w:insideV w:val="nil"/>
                    </w:tblBorders>
                  </w:tblPr>
                  <w:tblGrid>
                    <w:gridCol w:w="2506"/>
                  </w:tblGrid>
                  <w:tr>
                    <w:tc>
                      <w:tcPr>
                        <w:tcW w:type="dxa" w:w="2506"/>
                        <w:vAlign w:val="center"/>
                        <w:shd w:fill="FFFFFF"/>
                        <w:tcMar>
                          <w:top w:w="0" w:type="dxa"/>
                          <w:bottom w:w="0" w:type="dxa"/>
                          <w:left w:w="0" w:type="dxa"/>
                          <w:right w:w="0" w:type="dxa"/>
                        </w:tcMar>
                      </w:tcPr>
                      <w:p>
                        <w:pPr>
                          <w:pStyle w:val="Artwork"/>
                          <w:keepNext/>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1590999" cy="88900"/>
                              <wp:docPr id="53" name="Picture 53" descr="cap 125.28 F8F7F3 7 FFFFFF top"/>
                              <wp:cNvGraphicFramePr>
                                <a:graphicFrameLocks noChangeAspect="1"/>
                              </wp:cNvGraphicFramePr>
                              <a:graphic>
                                <a:graphicData uri="http://schemas.openxmlformats.org/drawingml/2006/picture">
                                  <pic:pic>
                                    <pic:nvPicPr>
                                      <pic:cNvPr id="0" name="cap_125.28_F8F7F3_7_FFFFFF_top.png"/>
                                      <pic:cNvPicPr/>
                                    </pic:nvPicPr>
                                    <pic:blipFill>
                                      <a:blip r:embed="rId47"/>
                                      <a:stretch>
                                        <a:fillRect/>
                                      </a:stretch>
                                    </pic:blipFill>
                                    <pic:spPr>
                                      <a:xfrm>
                                        <a:off x="0" y="0"/>
                                        <a:ext cx="1590999" cy="88900"/>
                                      </a:xfrm>
                                      <a:prstGeom prst="rect"/>
                                    </pic:spPr>
                                  </pic:pic>
                                </a:graphicData>
                              </a:graphic>
                            </wp:inline>
                          </w:drawing>
                        </w:r>
                      </w:p>
                    </w:tc>
                  </w:tr>
                  <w:tr>
                    <w:trPr>
                      <w:trHeight w:val="660" w:hRule="atLeast"/>
                    </w:trPr>
                    <w:tc>
                      <w:tcPr>
                        <w:tcW w:type="dxa" w:w="2506"/>
                        <w:vAlign w:val="center"/>
                        <w:shd w:fill="F8F7F3"/>
                        <w:tcMar>
                          <w:top w:w="0" w:type="dxa"/>
                          <w:bottom w:w="0" w:type="dxa"/>
                          <w:left w:w="140" w:type="dxa"/>
                          <w:right w:w="140" w:type="dxa"/>
                        </w:tcMar>
                        <w:tcBorders>
                          <w:left w:val="single" w:sz="4" w:color="DED9CE"/>
                          <w:right w:val="single" w:sz="4" w:color="DED9CE"/>
                        </w:tcBorders>
                      </w:tcPr>
                      <w:p>
                        <w:pPr>
                          <w:keepNext w:val="0"/>
                          <w:spacing w:before="0" w:after="0" w:line="20" w:lineRule="exact"/>
                        </w:pPr>
                        <w:r>
                          <w:rPr>
                            <w:sz w:val="2"/>
                          </w:rPr>
                        </w:r>
                      </w:p>
                      <w:p>
                        <w:pPr>
                          <w:keepNext w:val="0"/>
                          <w:spacing w:before="0" w:after="0" w:line="298" w:lineRule="exact"/>
                        </w:pPr>
                        <w:r>
                          <w:rPr>
                            <w:rFonts w:ascii="DejaVu Sans" w:hAnsi="DejaVu Sans"/>
                            <w:b w:val="0"/>
                            <w:color w:val="677779"/>
                            <w:sz w:val="21"/>
                          </w:rPr>
                          <w:t>Type here</w:t>
                        </w:r>
                      </w:p>
                    </w:tc>
                  </w:tr>
                  <w:tr>
                    <w:tc>
                      <w:tcPr>
                        <w:tcW w:type="dxa" w:w="2506"/>
                        <w:vAlign w:val="center"/>
                        <w:shd w:fill="FFFFFF"/>
                        <w:tcMar>
                          <w:top w:w="0" w:type="dxa"/>
                          <w:bottom w:w="0" w:type="dxa"/>
                          <w:left w:w="0" w:type="dxa"/>
                          <w:right w:w="0" w:type="dxa"/>
                        </w:tcMar>
                      </w:tcPr>
                      <w:p>
                        <w:pPr>
                          <w:pStyle w:val="Artwork"/>
                          <w:keepNext w:val="0"/>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1590999" cy="88900"/>
                              <wp:docPr id="54" name="Picture 54" descr="cap 125.28 F8F7F3 7 FFFFFF bottom"/>
                              <wp:cNvGraphicFramePr>
                                <a:graphicFrameLocks noChangeAspect="1"/>
                              </wp:cNvGraphicFramePr>
                              <a:graphic>
                                <a:graphicData uri="http://schemas.openxmlformats.org/drawingml/2006/picture">
                                  <pic:pic>
                                    <pic:nvPicPr>
                                      <pic:cNvPr id="0" name="cap_125.28_F8F7F3_7_FFFFFF_bottom.png"/>
                                      <pic:cNvPicPr/>
                                    </pic:nvPicPr>
                                    <pic:blipFill>
                                      <a:blip r:embed="rId48"/>
                                      <a:stretch>
                                        <a:fillRect/>
                                      </a:stretch>
                                    </pic:blipFill>
                                    <pic:spPr>
                                      <a:xfrm>
                                        <a:off x="0" y="0"/>
                                        <a:ext cx="1590999" cy="88900"/>
                                      </a:xfrm>
                                      <a:prstGeom prst="rect"/>
                                    </pic:spPr>
                                  </pic:pic>
                                </a:graphicData>
                              </a:graphic>
                            </wp:inline>
                          </w:drawing>
                        </w:r>
                      </w:p>
                    </w:tc>
                  </w:tr>
                </w:tbl>
                <w:p>
                  <w:pPr>
                    <w:keepNext w:val="0"/>
                    <w:spacing w:before="0" w:after="0" w:line="20" w:lineRule="exact"/>
                  </w:pPr>
                  <w:r>
                    <w:rPr>
                      <w:sz w:val="2"/>
                    </w:rPr>
                  </w:r>
                </w:p>
              </w:tc>
            </w:tr>
            <w:tr>
              <w:trPr>
                <w:trHeight w:val="1020" w:hRule="atLeast"/>
              </w:trPr>
              <w:tc>
                <w:tcPr>
                  <w:tcW w:type="dxa" w:w="920"/>
                  <w:vAlign w:val="center"/>
                  <w:shd w:fill="FFFFFF"/>
                  <w:tcMar>
                    <w:top w:w="0" w:type="dxa"/>
                    <w:bottom w:w="0" w:type="dxa"/>
                    <w:left w:w="0" w:type="dxa"/>
                    <w:right w:w="0" w:type="dxa"/>
                  </w:tcMar>
                </w:tcPr>
                <w:p>
                  <w:pPr>
                    <w:keepNext w:val="0"/>
                    <w:spacing w:before="0" w:after="0" w:line="20" w:lineRule="exact"/>
                  </w:pPr>
                  <w:r>
                    <w:rPr>
                      <w:sz w:val="2"/>
                    </w:rPr>
                  </w:r>
                </w:p>
                <w:tbl>
                  <w:tblPr>
                    <w:tblW w:type="dxa" w:w="860"/>
                    <w:jc w:val="center"/>
                    <w:tblLayout w:type="fixed"/>
                    <w:tblLook w:firstColumn="1" w:firstRow="1" w:lastColumn="0" w:lastRow="0" w:noHBand="0" w:noVBand="1" w:val="04A0"/>
                    <w:tblBorders>
                      <w:top w:val="nil"/>
                      <w:left w:val="nil"/>
                      <w:bottom w:val="nil"/>
                      <w:right w:val="nil"/>
                      <w:insideH w:val="nil"/>
                      <w:insideV w:val="nil"/>
                    </w:tblBorders>
                  </w:tblPr>
                  <w:tblGrid>
                    <w:gridCol w:w="860"/>
                  </w:tblGrid>
                  <w:tr>
                    <w:tc>
                      <w:tcPr>
                        <w:tcW w:type="dxa" w:w="860"/>
                        <w:vAlign w:val="center"/>
                        <w:shd w:fill="FFFFFF"/>
                        <w:tcMar>
                          <w:top w:w="0" w:type="dxa"/>
                          <w:bottom w:w="0" w:type="dxa"/>
                          <w:left w:w="0" w:type="dxa"/>
                          <w:right w:w="0" w:type="dxa"/>
                        </w:tcMar>
                      </w:tcPr>
                      <w:p>
                        <w:pPr>
                          <w:pStyle w:val="Artwork"/>
                          <w:keepNext/>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546100" cy="88900"/>
                              <wp:docPr id="55" name="Picture 55" descr="cap 43.00 FFFFFF 7 FFFFFF top"/>
                              <wp:cNvGraphicFramePr>
                                <a:graphicFrameLocks noChangeAspect="1"/>
                              </wp:cNvGraphicFramePr>
                              <a:graphic>
                                <a:graphicData uri="http://schemas.openxmlformats.org/drawingml/2006/picture">
                                  <pic:pic>
                                    <pic:nvPicPr>
                                      <pic:cNvPr id="0" name="cap_43.00_FFFFFF_7_FFFFFF_top.png"/>
                                      <pic:cNvPicPr/>
                                    </pic:nvPicPr>
                                    <pic:blipFill>
                                      <a:blip r:embed="rId49"/>
                                      <a:stretch>
                                        <a:fillRect/>
                                      </a:stretch>
                                    </pic:blipFill>
                                    <pic:spPr>
                                      <a:xfrm>
                                        <a:off x="0" y="0"/>
                                        <a:ext cx="546100" cy="88900"/>
                                      </a:xfrm>
                                      <a:prstGeom prst="rect"/>
                                    </pic:spPr>
                                  </pic:pic>
                                </a:graphicData>
                              </a:graphic>
                            </wp:inline>
                          </w:drawing>
                        </w:r>
                      </w:p>
                    </w:tc>
                  </w:tr>
                  <w:tr>
                    <w:trPr>
                      <w:trHeight w:val="660" w:hRule="atLeast"/>
                    </w:trPr>
                    <w:tc>
                      <w:tcPr>
                        <w:tcW w:type="dxa" w:w="860"/>
                        <w:vAlign w:val="center"/>
                        <w:shd w:fill="FFFFFF"/>
                        <w:tcMar>
                          <w:top w:w="0" w:type="dxa"/>
                          <w:bottom w:w="0" w:type="dxa"/>
                          <w:left w:w="140" w:type="dxa"/>
                          <w:right w:w="140" w:type="dxa"/>
                        </w:tcMar>
                        <w:tcBorders>
                          <w:left w:val="single" w:sz="4" w:color="DED9CE"/>
                          <w:right w:val="single" w:sz="4" w:color="DED9CE"/>
                        </w:tcBorders>
                      </w:tcPr>
                      <w:p>
                        <w:pPr>
                          <w:keepNext w:val="0"/>
                          <w:spacing w:before="0" w:after="0" w:line="20" w:lineRule="exact"/>
                        </w:pPr>
                        <w:r>
                          <w:rPr>
                            <w:sz w:val="2"/>
                          </w:rPr>
                        </w:r>
                      </w:p>
                      <w:p>
                        <w:pPr>
                          <w:keepNext w:val="0"/>
                          <w:spacing w:before="0" w:after="0" w:line="298" w:lineRule="exact"/>
                        </w:pPr>
                        <w:r>
                          <w:rPr>
                            <w:rFonts w:ascii="DejaVu Sans" w:hAnsi="DejaVu Sans"/>
                            <w:b w:val="0"/>
                            <w:color w:val="192A2C"/>
                            <w:sz w:val="21"/>
                          </w:rPr>
                          <w:t>Tue</w:t>
                        </w:r>
                      </w:p>
                    </w:tc>
                  </w:tr>
                  <w:tr>
                    <w:tc>
                      <w:tcPr>
                        <w:tcW w:type="dxa" w:w="860"/>
                        <w:vAlign w:val="center"/>
                        <w:shd w:fill="FFFFFF"/>
                        <w:tcMar>
                          <w:top w:w="0" w:type="dxa"/>
                          <w:bottom w:w="0" w:type="dxa"/>
                          <w:left w:w="0" w:type="dxa"/>
                          <w:right w:w="0" w:type="dxa"/>
                        </w:tcMar>
                      </w:tcPr>
                      <w:p>
                        <w:pPr>
                          <w:pStyle w:val="Artwork"/>
                          <w:keepNext w:val="0"/>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546100" cy="88900"/>
                              <wp:docPr id="56" name="Picture 56" descr="cap 43.00 FFFFFF 7 FFFFFF bottom"/>
                              <wp:cNvGraphicFramePr>
                                <a:graphicFrameLocks noChangeAspect="1"/>
                              </wp:cNvGraphicFramePr>
                              <a:graphic>
                                <a:graphicData uri="http://schemas.openxmlformats.org/drawingml/2006/picture">
                                  <pic:pic>
                                    <pic:nvPicPr>
                                      <pic:cNvPr id="0" name="cap_43.00_FFFFFF_7_FFFFFF_bottom.png"/>
                                      <pic:cNvPicPr/>
                                    </pic:nvPicPr>
                                    <pic:blipFill>
                                      <a:blip r:embed="rId50"/>
                                      <a:stretch>
                                        <a:fillRect/>
                                      </a:stretch>
                                    </pic:blipFill>
                                    <pic:spPr>
                                      <a:xfrm>
                                        <a:off x="0" y="0"/>
                                        <a:ext cx="546100" cy="88900"/>
                                      </a:xfrm>
                                      <a:prstGeom prst="rect"/>
                                    </pic:spPr>
                                  </pic:pic>
                                </a:graphicData>
                              </a:graphic>
                            </wp:inline>
                          </w:drawing>
                        </w:r>
                      </w:p>
                    </w:tc>
                  </w:tr>
                </w:tbl>
                <w:p>
                  <w:pPr>
                    <w:keepNext w:val="0"/>
                    <w:spacing w:before="0" w:after="0" w:line="20" w:lineRule="exact"/>
                  </w:pPr>
                  <w:r>
                    <w:rPr>
                      <w:sz w:val="2"/>
                    </w:rPr>
                  </w:r>
                </w:p>
              </w:tc>
              <w:tc>
                <w:tcPr>
                  <w:tcW w:type="dxa" w:w="2800"/>
                  <w:vAlign w:val="center"/>
                  <w:shd w:fill="FFFFFF"/>
                  <w:tcMar>
                    <w:top w:w="0" w:type="dxa"/>
                    <w:bottom w:w="0" w:type="dxa"/>
                    <w:left w:w="0" w:type="dxa"/>
                    <w:right w:w="0" w:type="dxa"/>
                  </w:tcMar>
                </w:tcPr>
                <w:p>
                  <w:pPr>
                    <w:keepNext w:val="0"/>
                    <w:spacing w:before="0" w:after="0" w:line="20" w:lineRule="exact"/>
                  </w:pPr>
                  <w:r>
                    <w:rPr>
                      <w:sz w:val="2"/>
                    </w:rPr>
                  </w:r>
                </w:p>
                <w:tbl>
                  <w:tblPr>
                    <w:tblW w:type="dxa" w:w="2740"/>
                    <w:jc w:val="center"/>
                    <w:tblLayout w:type="fixed"/>
                    <w:tblLook w:firstColumn="1" w:firstRow="1" w:lastColumn="0" w:lastRow="0" w:noHBand="0" w:noVBand="1" w:val="04A0"/>
                    <w:tblBorders>
                      <w:top w:val="nil"/>
                      <w:left w:val="nil"/>
                      <w:bottom w:val="nil"/>
                      <w:right w:val="nil"/>
                      <w:insideH w:val="nil"/>
                      <w:insideV w:val="nil"/>
                    </w:tblBorders>
                  </w:tblPr>
                  <w:tblGrid>
                    <w:gridCol w:w="2740"/>
                  </w:tblGrid>
                  <w:tr>
                    <w:tc>
                      <w:tcPr>
                        <w:tcW w:type="dxa" w:w="2740"/>
                        <w:vAlign w:val="center"/>
                        <w:shd w:fill="FFFFFF"/>
                        <w:tcMar>
                          <w:top w:w="0" w:type="dxa"/>
                          <w:bottom w:w="0" w:type="dxa"/>
                          <w:left w:w="0" w:type="dxa"/>
                          <w:right w:w="0" w:type="dxa"/>
                        </w:tcMar>
                      </w:tcPr>
                      <w:p>
                        <w:pPr>
                          <w:pStyle w:val="Artwork"/>
                          <w:keepNext/>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1739900" cy="88900"/>
                              <wp:docPr id="57" name="Picture 57" descr="cap 137.00 FFFFFF 7 FFFFFF top"/>
                              <wp:cNvGraphicFramePr>
                                <a:graphicFrameLocks noChangeAspect="1"/>
                              </wp:cNvGraphicFramePr>
                              <a:graphic>
                                <a:graphicData uri="http://schemas.openxmlformats.org/drawingml/2006/picture">
                                  <pic:pic>
                                    <pic:nvPicPr>
                                      <pic:cNvPr id="0" name="cap_137.00_FFFFFF_7_FFFFFF_top.png"/>
                                      <pic:cNvPicPr/>
                                    </pic:nvPicPr>
                                    <pic:blipFill>
                                      <a:blip r:embed="rId51"/>
                                      <a:stretch>
                                        <a:fillRect/>
                                      </a:stretch>
                                    </pic:blipFill>
                                    <pic:spPr>
                                      <a:xfrm>
                                        <a:off x="0" y="0"/>
                                        <a:ext cx="1739900" cy="88900"/>
                                      </a:xfrm>
                                      <a:prstGeom prst="rect"/>
                                    </pic:spPr>
                                  </pic:pic>
                                </a:graphicData>
                              </a:graphic>
                            </wp:inline>
                          </w:drawing>
                        </w:r>
                      </w:p>
                    </w:tc>
                  </w:tr>
                  <w:tr>
                    <w:trPr>
                      <w:trHeight w:val="660" w:hRule="atLeast"/>
                    </w:trPr>
                    <w:tc>
                      <w:tcPr>
                        <w:tcW w:type="dxa" w:w="2740"/>
                        <w:vAlign w:val="center"/>
                        <w:shd w:fill="FFFFFF"/>
                        <w:tcMar>
                          <w:top w:w="0" w:type="dxa"/>
                          <w:bottom w:w="0" w:type="dxa"/>
                          <w:left w:w="140" w:type="dxa"/>
                          <w:right w:w="140" w:type="dxa"/>
                        </w:tcMar>
                        <w:tcBorders>
                          <w:left w:val="single" w:sz="4" w:color="DED9CE"/>
                          <w:right w:val="single" w:sz="4" w:color="DED9CE"/>
                        </w:tcBorders>
                      </w:tcPr>
                      <w:p>
                        <w:pPr>
                          <w:keepNext w:val="0"/>
                          <w:spacing w:before="0" w:after="0" w:line="20" w:lineRule="exact"/>
                        </w:pPr>
                        <w:r>
                          <w:rPr>
                            <w:sz w:val="2"/>
                          </w:rPr>
                        </w:r>
                      </w:p>
                      <w:p>
                        <w:pPr>
                          <w:keepNext w:val="0"/>
                          <w:spacing w:before="0" w:after="0" w:line="298" w:lineRule="exact"/>
                        </w:pPr>
                        <w:r>
                          <w:rPr>
                            <w:rFonts w:ascii="DejaVu Sans" w:hAnsi="DejaVu Sans"/>
                            <w:b w:val="0"/>
                            <w:color w:val="677779"/>
                            <w:sz w:val="21"/>
                          </w:rPr>
                          <w:t>Type here</w:t>
                        </w:r>
                      </w:p>
                    </w:tc>
                  </w:tr>
                  <w:tr>
                    <w:tc>
                      <w:tcPr>
                        <w:tcW w:type="dxa" w:w="2740"/>
                        <w:vAlign w:val="center"/>
                        <w:shd w:fill="FFFFFF"/>
                        <w:tcMar>
                          <w:top w:w="0" w:type="dxa"/>
                          <w:bottom w:w="0" w:type="dxa"/>
                          <w:left w:w="0" w:type="dxa"/>
                          <w:right w:w="0" w:type="dxa"/>
                        </w:tcMar>
                      </w:tcPr>
                      <w:p>
                        <w:pPr>
                          <w:pStyle w:val="Artwork"/>
                          <w:keepNext w:val="0"/>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1739900" cy="88900"/>
                              <wp:docPr id="58" name="Picture 58" descr="cap 137.00 FFFFFF 7 FFFFFF bottom"/>
                              <wp:cNvGraphicFramePr>
                                <a:graphicFrameLocks noChangeAspect="1"/>
                              </wp:cNvGraphicFramePr>
                              <a:graphic>
                                <a:graphicData uri="http://schemas.openxmlformats.org/drawingml/2006/picture">
                                  <pic:pic>
                                    <pic:nvPicPr>
                                      <pic:cNvPr id="0" name="cap_137.00_FFFFFF_7_FFFFFF_bottom.png"/>
                                      <pic:cNvPicPr/>
                                    </pic:nvPicPr>
                                    <pic:blipFill>
                                      <a:blip r:embed="rId52"/>
                                      <a:stretch>
                                        <a:fillRect/>
                                      </a:stretch>
                                    </pic:blipFill>
                                    <pic:spPr>
                                      <a:xfrm>
                                        <a:off x="0" y="0"/>
                                        <a:ext cx="1739900" cy="88900"/>
                                      </a:xfrm>
                                      <a:prstGeom prst="rect"/>
                                    </pic:spPr>
                                  </pic:pic>
                                </a:graphicData>
                              </a:graphic>
                            </wp:inline>
                          </w:drawing>
                        </w:r>
                      </w:p>
                    </w:tc>
                  </w:tr>
                </w:tbl>
                <w:p>
                  <w:pPr>
                    <w:keepNext w:val="0"/>
                    <w:spacing w:before="0" w:after="0" w:line="20" w:lineRule="exact"/>
                  </w:pPr>
                  <w:r>
                    <w:rPr>
                      <w:sz w:val="2"/>
                    </w:rPr>
                  </w:r>
                </w:p>
              </w:tc>
              <w:tc>
                <w:tcPr>
                  <w:tcW w:type="dxa" w:w="2900"/>
                  <w:vAlign w:val="center"/>
                  <w:shd w:fill="FFFFFF"/>
                  <w:tcMar>
                    <w:top w:w="0" w:type="dxa"/>
                    <w:bottom w:w="0" w:type="dxa"/>
                    <w:left w:w="0" w:type="dxa"/>
                    <w:right w:w="0" w:type="dxa"/>
                  </w:tcMar>
                </w:tcPr>
                <w:p>
                  <w:pPr>
                    <w:keepNext w:val="0"/>
                    <w:spacing w:before="0" w:after="0" w:line="20" w:lineRule="exact"/>
                  </w:pPr>
                  <w:r>
                    <w:rPr>
                      <w:sz w:val="2"/>
                    </w:rPr>
                  </w:r>
                </w:p>
                <w:tbl>
                  <w:tblPr>
                    <w:tblW w:type="dxa" w:w="2840"/>
                    <w:jc w:val="center"/>
                    <w:tblLayout w:type="fixed"/>
                    <w:tblLook w:firstColumn="1" w:firstRow="1" w:lastColumn="0" w:lastRow="0" w:noHBand="0" w:noVBand="1" w:val="04A0"/>
                    <w:tblBorders>
                      <w:top w:val="nil"/>
                      <w:left w:val="nil"/>
                      <w:bottom w:val="nil"/>
                      <w:right w:val="nil"/>
                      <w:insideH w:val="nil"/>
                      <w:insideV w:val="nil"/>
                    </w:tblBorders>
                  </w:tblPr>
                  <w:tblGrid>
                    <w:gridCol w:w="2840"/>
                  </w:tblGrid>
                  <w:tr>
                    <w:tc>
                      <w:tcPr>
                        <w:tcW w:type="dxa" w:w="2840"/>
                        <w:vAlign w:val="center"/>
                        <w:shd w:fill="FFFFFF"/>
                        <w:tcMar>
                          <w:top w:w="0" w:type="dxa"/>
                          <w:bottom w:w="0" w:type="dxa"/>
                          <w:left w:w="0" w:type="dxa"/>
                          <w:right w:w="0" w:type="dxa"/>
                        </w:tcMar>
                      </w:tcPr>
                      <w:p>
                        <w:pPr>
                          <w:pStyle w:val="Artwork"/>
                          <w:keepNext/>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1803400" cy="88900"/>
                              <wp:docPr id="59" name="Picture 59" descr="cap 142.00 FFFFFF 7 FFFFFF top"/>
                              <wp:cNvGraphicFramePr>
                                <a:graphicFrameLocks noChangeAspect="1"/>
                              </wp:cNvGraphicFramePr>
                              <a:graphic>
                                <a:graphicData uri="http://schemas.openxmlformats.org/drawingml/2006/picture">
                                  <pic:pic>
                                    <pic:nvPicPr>
                                      <pic:cNvPr id="0" name="cap_142.00_FFFFFF_7_FFFFFF_top.png"/>
                                      <pic:cNvPicPr/>
                                    </pic:nvPicPr>
                                    <pic:blipFill>
                                      <a:blip r:embed="rId53"/>
                                      <a:stretch>
                                        <a:fillRect/>
                                      </a:stretch>
                                    </pic:blipFill>
                                    <pic:spPr>
                                      <a:xfrm>
                                        <a:off x="0" y="0"/>
                                        <a:ext cx="1803400" cy="88900"/>
                                      </a:xfrm>
                                      <a:prstGeom prst="rect"/>
                                    </pic:spPr>
                                  </pic:pic>
                                </a:graphicData>
                              </a:graphic>
                            </wp:inline>
                          </w:drawing>
                        </w:r>
                      </w:p>
                    </w:tc>
                  </w:tr>
                  <w:tr>
                    <w:trPr>
                      <w:trHeight w:val="660" w:hRule="atLeast"/>
                    </w:trPr>
                    <w:tc>
                      <w:tcPr>
                        <w:tcW w:type="dxa" w:w="2840"/>
                        <w:vAlign w:val="center"/>
                        <w:shd w:fill="FFFFFF"/>
                        <w:tcMar>
                          <w:top w:w="0" w:type="dxa"/>
                          <w:bottom w:w="0" w:type="dxa"/>
                          <w:left w:w="140" w:type="dxa"/>
                          <w:right w:w="140" w:type="dxa"/>
                        </w:tcMar>
                        <w:tcBorders>
                          <w:left w:val="single" w:sz="4" w:color="DED9CE"/>
                          <w:right w:val="single" w:sz="4" w:color="DED9CE"/>
                        </w:tcBorders>
                      </w:tcPr>
                      <w:p>
                        <w:pPr>
                          <w:keepNext w:val="0"/>
                          <w:spacing w:before="0" w:after="0" w:line="20" w:lineRule="exact"/>
                        </w:pPr>
                        <w:r>
                          <w:rPr>
                            <w:sz w:val="2"/>
                          </w:rPr>
                        </w:r>
                      </w:p>
                      <w:p>
                        <w:pPr>
                          <w:keepNext w:val="0"/>
                          <w:spacing w:before="0" w:after="0" w:line="298" w:lineRule="exact"/>
                        </w:pPr>
                        <w:r>
                          <w:rPr>
                            <w:rFonts w:ascii="DejaVu Sans" w:hAnsi="DejaVu Sans"/>
                            <w:b w:val="0"/>
                            <w:color w:val="677779"/>
                            <w:sz w:val="21"/>
                          </w:rPr>
                          <w:t>Type here</w:t>
                        </w:r>
                      </w:p>
                    </w:tc>
                  </w:tr>
                  <w:tr>
                    <w:tc>
                      <w:tcPr>
                        <w:tcW w:type="dxa" w:w="2840"/>
                        <w:vAlign w:val="center"/>
                        <w:shd w:fill="FFFFFF"/>
                        <w:tcMar>
                          <w:top w:w="0" w:type="dxa"/>
                          <w:bottom w:w="0" w:type="dxa"/>
                          <w:left w:w="0" w:type="dxa"/>
                          <w:right w:w="0" w:type="dxa"/>
                        </w:tcMar>
                      </w:tcPr>
                      <w:p>
                        <w:pPr>
                          <w:pStyle w:val="Artwork"/>
                          <w:keepNext w:val="0"/>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1803400" cy="88900"/>
                              <wp:docPr id="60" name="Picture 60" descr="cap 142.00 FFFFFF 7 FFFFFF bottom"/>
                              <wp:cNvGraphicFramePr>
                                <a:graphicFrameLocks noChangeAspect="1"/>
                              </wp:cNvGraphicFramePr>
                              <a:graphic>
                                <a:graphicData uri="http://schemas.openxmlformats.org/drawingml/2006/picture">
                                  <pic:pic>
                                    <pic:nvPicPr>
                                      <pic:cNvPr id="0" name="cap_142.00_FFFFFF_7_FFFFFF_bottom.png"/>
                                      <pic:cNvPicPr/>
                                    </pic:nvPicPr>
                                    <pic:blipFill>
                                      <a:blip r:embed="rId54"/>
                                      <a:stretch>
                                        <a:fillRect/>
                                      </a:stretch>
                                    </pic:blipFill>
                                    <pic:spPr>
                                      <a:xfrm>
                                        <a:off x="0" y="0"/>
                                        <a:ext cx="1803400" cy="88900"/>
                                      </a:xfrm>
                                      <a:prstGeom prst="rect"/>
                                    </pic:spPr>
                                  </pic:pic>
                                </a:graphicData>
                              </a:graphic>
                            </wp:inline>
                          </w:drawing>
                        </w:r>
                      </w:p>
                    </w:tc>
                  </w:tr>
                </w:tbl>
                <w:p>
                  <w:pPr>
                    <w:keepNext w:val="0"/>
                    <w:spacing w:before="0" w:after="0" w:line="20" w:lineRule="exact"/>
                  </w:pPr>
                  <w:r>
                    <w:rPr>
                      <w:sz w:val="2"/>
                    </w:rPr>
                  </w:r>
                </w:p>
              </w:tc>
              <w:tc>
                <w:tcPr>
                  <w:tcW w:type="dxa" w:w="2566"/>
                  <w:vAlign w:val="center"/>
                  <w:shd w:fill="FFFFFF"/>
                  <w:tcMar>
                    <w:top w:w="0" w:type="dxa"/>
                    <w:bottom w:w="0" w:type="dxa"/>
                    <w:left w:w="0" w:type="dxa"/>
                    <w:right w:w="0" w:type="dxa"/>
                  </w:tcMar>
                </w:tcPr>
                <w:p>
                  <w:pPr>
                    <w:keepNext w:val="0"/>
                    <w:spacing w:before="0" w:after="0" w:line="20" w:lineRule="exact"/>
                  </w:pPr>
                  <w:r>
                    <w:rPr>
                      <w:sz w:val="2"/>
                    </w:rPr>
                  </w:r>
                </w:p>
                <w:tbl>
                  <w:tblPr>
                    <w:tblW w:type="dxa" w:w="2506"/>
                    <w:jc w:val="center"/>
                    <w:tblLayout w:type="fixed"/>
                    <w:tblLook w:firstColumn="1" w:firstRow="1" w:lastColumn="0" w:lastRow="0" w:noHBand="0" w:noVBand="1" w:val="04A0"/>
                    <w:tblBorders>
                      <w:top w:val="nil"/>
                      <w:left w:val="nil"/>
                      <w:bottom w:val="nil"/>
                      <w:right w:val="nil"/>
                      <w:insideH w:val="nil"/>
                      <w:insideV w:val="nil"/>
                    </w:tblBorders>
                  </w:tblPr>
                  <w:tblGrid>
                    <w:gridCol w:w="2506"/>
                  </w:tblGrid>
                  <w:tr>
                    <w:tc>
                      <w:tcPr>
                        <w:tcW w:type="dxa" w:w="2506"/>
                        <w:vAlign w:val="center"/>
                        <w:shd w:fill="FFFFFF"/>
                        <w:tcMar>
                          <w:top w:w="0" w:type="dxa"/>
                          <w:bottom w:w="0" w:type="dxa"/>
                          <w:left w:w="0" w:type="dxa"/>
                          <w:right w:w="0" w:type="dxa"/>
                        </w:tcMar>
                      </w:tcPr>
                      <w:p>
                        <w:pPr>
                          <w:pStyle w:val="Artwork"/>
                          <w:keepNext/>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1590999" cy="88900"/>
                              <wp:docPr id="61" name="Picture 61" descr="cap 125.28 FFFFFF 7 FFFFFF top"/>
                              <wp:cNvGraphicFramePr>
                                <a:graphicFrameLocks noChangeAspect="1"/>
                              </wp:cNvGraphicFramePr>
                              <a:graphic>
                                <a:graphicData uri="http://schemas.openxmlformats.org/drawingml/2006/picture">
                                  <pic:pic>
                                    <pic:nvPicPr>
                                      <pic:cNvPr id="0" name="cap_125.28_FFFFFF_7_FFFFFF_top.png"/>
                                      <pic:cNvPicPr/>
                                    </pic:nvPicPr>
                                    <pic:blipFill>
                                      <a:blip r:embed="rId55"/>
                                      <a:stretch>
                                        <a:fillRect/>
                                      </a:stretch>
                                    </pic:blipFill>
                                    <pic:spPr>
                                      <a:xfrm>
                                        <a:off x="0" y="0"/>
                                        <a:ext cx="1590999" cy="88900"/>
                                      </a:xfrm>
                                      <a:prstGeom prst="rect"/>
                                    </pic:spPr>
                                  </pic:pic>
                                </a:graphicData>
                              </a:graphic>
                            </wp:inline>
                          </w:drawing>
                        </w:r>
                      </w:p>
                    </w:tc>
                  </w:tr>
                  <w:tr>
                    <w:trPr>
                      <w:trHeight w:val="660" w:hRule="atLeast"/>
                    </w:trPr>
                    <w:tc>
                      <w:tcPr>
                        <w:tcW w:type="dxa" w:w="2506"/>
                        <w:vAlign w:val="center"/>
                        <w:shd w:fill="FFFFFF"/>
                        <w:tcMar>
                          <w:top w:w="0" w:type="dxa"/>
                          <w:bottom w:w="0" w:type="dxa"/>
                          <w:left w:w="140" w:type="dxa"/>
                          <w:right w:w="140" w:type="dxa"/>
                        </w:tcMar>
                        <w:tcBorders>
                          <w:left w:val="single" w:sz="4" w:color="DED9CE"/>
                          <w:right w:val="single" w:sz="4" w:color="DED9CE"/>
                        </w:tcBorders>
                      </w:tcPr>
                      <w:p>
                        <w:pPr>
                          <w:keepNext w:val="0"/>
                          <w:spacing w:before="0" w:after="0" w:line="20" w:lineRule="exact"/>
                        </w:pPr>
                        <w:r>
                          <w:rPr>
                            <w:sz w:val="2"/>
                          </w:rPr>
                        </w:r>
                      </w:p>
                      <w:p>
                        <w:pPr>
                          <w:keepNext w:val="0"/>
                          <w:spacing w:before="0" w:after="0" w:line="298" w:lineRule="exact"/>
                        </w:pPr>
                        <w:r>
                          <w:rPr>
                            <w:rFonts w:ascii="DejaVu Sans" w:hAnsi="DejaVu Sans"/>
                            <w:b w:val="0"/>
                            <w:color w:val="677779"/>
                            <w:sz w:val="21"/>
                          </w:rPr>
                          <w:t>Type here</w:t>
                        </w:r>
                      </w:p>
                    </w:tc>
                  </w:tr>
                  <w:tr>
                    <w:tc>
                      <w:tcPr>
                        <w:tcW w:type="dxa" w:w="2506"/>
                        <w:vAlign w:val="center"/>
                        <w:shd w:fill="FFFFFF"/>
                        <w:tcMar>
                          <w:top w:w="0" w:type="dxa"/>
                          <w:bottom w:w="0" w:type="dxa"/>
                          <w:left w:w="0" w:type="dxa"/>
                          <w:right w:w="0" w:type="dxa"/>
                        </w:tcMar>
                      </w:tcPr>
                      <w:p>
                        <w:pPr>
                          <w:pStyle w:val="Artwork"/>
                          <w:keepNext w:val="0"/>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1590999" cy="88900"/>
                              <wp:docPr id="62" name="Picture 62" descr="cap 125.28 FFFFFF 7 FFFFFF bottom"/>
                              <wp:cNvGraphicFramePr>
                                <a:graphicFrameLocks noChangeAspect="1"/>
                              </wp:cNvGraphicFramePr>
                              <a:graphic>
                                <a:graphicData uri="http://schemas.openxmlformats.org/drawingml/2006/picture">
                                  <pic:pic>
                                    <pic:nvPicPr>
                                      <pic:cNvPr id="0" name="cap_125.28_FFFFFF_7_FFFFFF_bottom.png"/>
                                      <pic:cNvPicPr/>
                                    </pic:nvPicPr>
                                    <pic:blipFill>
                                      <a:blip r:embed="rId56"/>
                                      <a:stretch>
                                        <a:fillRect/>
                                      </a:stretch>
                                    </pic:blipFill>
                                    <pic:spPr>
                                      <a:xfrm>
                                        <a:off x="0" y="0"/>
                                        <a:ext cx="1590999" cy="88900"/>
                                      </a:xfrm>
                                      <a:prstGeom prst="rect"/>
                                    </pic:spPr>
                                  </pic:pic>
                                </a:graphicData>
                              </a:graphic>
                            </wp:inline>
                          </w:drawing>
                        </w:r>
                      </w:p>
                    </w:tc>
                  </w:tr>
                </w:tbl>
                <w:p>
                  <w:pPr>
                    <w:keepNext w:val="0"/>
                    <w:spacing w:before="0" w:after="0" w:line="20" w:lineRule="exact"/>
                  </w:pPr>
                  <w:r>
                    <w:rPr>
                      <w:sz w:val="2"/>
                    </w:rPr>
                  </w:r>
                </w:p>
              </w:tc>
            </w:tr>
            <w:tr>
              <w:trPr>
                <w:trHeight w:val="1020" w:hRule="atLeast"/>
              </w:trPr>
              <w:tc>
                <w:tcPr>
                  <w:tcW w:type="dxa" w:w="920"/>
                  <w:vAlign w:val="center"/>
                  <w:shd w:fill="FFFFFF"/>
                  <w:tcMar>
                    <w:top w:w="0" w:type="dxa"/>
                    <w:bottom w:w="0" w:type="dxa"/>
                    <w:left w:w="0" w:type="dxa"/>
                    <w:right w:w="0" w:type="dxa"/>
                  </w:tcMar>
                </w:tcPr>
                <w:p>
                  <w:pPr>
                    <w:keepNext w:val="0"/>
                    <w:spacing w:before="0" w:after="0" w:line="20" w:lineRule="exact"/>
                  </w:pPr>
                  <w:r>
                    <w:rPr>
                      <w:sz w:val="2"/>
                    </w:rPr>
                  </w:r>
                </w:p>
                <w:tbl>
                  <w:tblPr>
                    <w:tblW w:type="dxa" w:w="860"/>
                    <w:jc w:val="center"/>
                    <w:tblLayout w:type="fixed"/>
                    <w:tblLook w:firstColumn="1" w:firstRow="1" w:lastColumn="0" w:lastRow="0" w:noHBand="0" w:noVBand="1" w:val="04A0"/>
                    <w:tblBorders>
                      <w:top w:val="nil"/>
                      <w:left w:val="nil"/>
                      <w:bottom w:val="nil"/>
                      <w:right w:val="nil"/>
                      <w:insideH w:val="nil"/>
                      <w:insideV w:val="nil"/>
                    </w:tblBorders>
                  </w:tblPr>
                  <w:tblGrid>
                    <w:gridCol w:w="860"/>
                  </w:tblGrid>
                  <w:tr>
                    <w:tc>
                      <w:tcPr>
                        <w:tcW w:type="dxa" w:w="860"/>
                        <w:vAlign w:val="center"/>
                        <w:shd w:fill="FFFFFF"/>
                        <w:tcMar>
                          <w:top w:w="0" w:type="dxa"/>
                          <w:bottom w:w="0" w:type="dxa"/>
                          <w:left w:w="0" w:type="dxa"/>
                          <w:right w:w="0" w:type="dxa"/>
                        </w:tcMar>
                      </w:tcPr>
                      <w:p>
                        <w:pPr>
                          <w:pStyle w:val="Artwork"/>
                          <w:keepNext/>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546100" cy="88900"/>
                              <wp:docPr id="63" name="Picture 63" descr="cap 43.00 F8F7F3 7 FFFFFF top"/>
                              <wp:cNvGraphicFramePr>
                                <a:graphicFrameLocks noChangeAspect="1"/>
                              </wp:cNvGraphicFramePr>
                              <a:graphic>
                                <a:graphicData uri="http://schemas.openxmlformats.org/drawingml/2006/picture">
                                  <pic:pic>
                                    <pic:nvPicPr>
                                      <pic:cNvPr id="0" name="cap_43.00_F8F7F3_7_FFFFFF_top.png"/>
                                      <pic:cNvPicPr/>
                                    </pic:nvPicPr>
                                    <pic:blipFill>
                                      <a:blip r:embed="rId41"/>
                                      <a:stretch>
                                        <a:fillRect/>
                                      </a:stretch>
                                    </pic:blipFill>
                                    <pic:spPr>
                                      <a:xfrm>
                                        <a:off x="0" y="0"/>
                                        <a:ext cx="546100" cy="88900"/>
                                      </a:xfrm>
                                      <a:prstGeom prst="rect"/>
                                    </pic:spPr>
                                  </pic:pic>
                                </a:graphicData>
                              </a:graphic>
                            </wp:inline>
                          </w:drawing>
                        </w:r>
                      </w:p>
                    </w:tc>
                  </w:tr>
                  <w:tr>
                    <w:trPr>
                      <w:trHeight w:val="660" w:hRule="atLeast"/>
                    </w:trPr>
                    <w:tc>
                      <w:tcPr>
                        <w:tcW w:type="dxa" w:w="860"/>
                        <w:vAlign w:val="center"/>
                        <w:shd w:fill="F8F7F3"/>
                        <w:tcMar>
                          <w:top w:w="0" w:type="dxa"/>
                          <w:bottom w:w="0" w:type="dxa"/>
                          <w:left w:w="140" w:type="dxa"/>
                          <w:right w:w="140" w:type="dxa"/>
                        </w:tcMar>
                        <w:tcBorders>
                          <w:left w:val="single" w:sz="4" w:color="DED9CE"/>
                          <w:right w:val="single" w:sz="4" w:color="DED9CE"/>
                        </w:tcBorders>
                      </w:tcPr>
                      <w:p>
                        <w:pPr>
                          <w:keepNext w:val="0"/>
                          <w:spacing w:before="0" w:after="0" w:line="20" w:lineRule="exact"/>
                        </w:pPr>
                        <w:r>
                          <w:rPr>
                            <w:sz w:val="2"/>
                          </w:rPr>
                        </w:r>
                      </w:p>
                      <w:p>
                        <w:pPr>
                          <w:keepNext w:val="0"/>
                          <w:spacing w:before="0" w:after="0" w:line="298" w:lineRule="exact"/>
                        </w:pPr>
                        <w:r>
                          <w:rPr>
                            <w:rFonts w:ascii="DejaVu Sans" w:hAnsi="DejaVu Sans"/>
                            <w:b w:val="0"/>
                            <w:color w:val="192A2C"/>
                            <w:sz w:val="21"/>
                          </w:rPr>
                          <w:t>Wed</w:t>
                        </w:r>
                      </w:p>
                    </w:tc>
                  </w:tr>
                  <w:tr>
                    <w:tc>
                      <w:tcPr>
                        <w:tcW w:type="dxa" w:w="860"/>
                        <w:vAlign w:val="center"/>
                        <w:shd w:fill="FFFFFF"/>
                        <w:tcMar>
                          <w:top w:w="0" w:type="dxa"/>
                          <w:bottom w:w="0" w:type="dxa"/>
                          <w:left w:w="0" w:type="dxa"/>
                          <w:right w:w="0" w:type="dxa"/>
                        </w:tcMar>
                      </w:tcPr>
                      <w:p>
                        <w:pPr>
                          <w:pStyle w:val="Artwork"/>
                          <w:keepNext w:val="0"/>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546100" cy="88900"/>
                              <wp:docPr id="64" name="Picture 64" descr="cap 43.00 F8F7F3 7 FFFFFF bottom"/>
                              <wp:cNvGraphicFramePr>
                                <a:graphicFrameLocks noChangeAspect="1"/>
                              </wp:cNvGraphicFramePr>
                              <a:graphic>
                                <a:graphicData uri="http://schemas.openxmlformats.org/drawingml/2006/picture">
                                  <pic:pic>
                                    <pic:nvPicPr>
                                      <pic:cNvPr id="0" name="cap_43.00_F8F7F3_7_FFFFFF_bottom.png"/>
                                      <pic:cNvPicPr/>
                                    </pic:nvPicPr>
                                    <pic:blipFill>
                                      <a:blip r:embed="rId42"/>
                                      <a:stretch>
                                        <a:fillRect/>
                                      </a:stretch>
                                    </pic:blipFill>
                                    <pic:spPr>
                                      <a:xfrm>
                                        <a:off x="0" y="0"/>
                                        <a:ext cx="546100" cy="88900"/>
                                      </a:xfrm>
                                      <a:prstGeom prst="rect"/>
                                    </pic:spPr>
                                  </pic:pic>
                                </a:graphicData>
                              </a:graphic>
                            </wp:inline>
                          </w:drawing>
                        </w:r>
                      </w:p>
                    </w:tc>
                  </w:tr>
                </w:tbl>
                <w:p>
                  <w:pPr>
                    <w:keepNext w:val="0"/>
                    <w:spacing w:before="0" w:after="0" w:line="20" w:lineRule="exact"/>
                  </w:pPr>
                  <w:r>
                    <w:rPr>
                      <w:sz w:val="2"/>
                    </w:rPr>
                  </w:r>
                </w:p>
              </w:tc>
              <w:tc>
                <w:tcPr>
                  <w:tcW w:type="dxa" w:w="2800"/>
                  <w:vAlign w:val="center"/>
                  <w:shd w:fill="FFFFFF"/>
                  <w:tcMar>
                    <w:top w:w="0" w:type="dxa"/>
                    <w:bottom w:w="0" w:type="dxa"/>
                    <w:left w:w="0" w:type="dxa"/>
                    <w:right w:w="0" w:type="dxa"/>
                  </w:tcMar>
                </w:tcPr>
                <w:p>
                  <w:pPr>
                    <w:keepNext w:val="0"/>
                    <w:spacing w:before="0" w:after="0" w:line="20" w:lineRule="exact"/>
                  </w:pPr>
                  <w:r>
                    <w:rPr>
                      <w:sz w:val="2"/>
                    </w:rPr>
                  </w:r>
                </w:p>
                <w:tbl>
                  <w:tblPr>
                    <w:tblW w:type="dxa" w:w="2740"/>
                    <w:jc w:val="center"/>
                    <w:tblLayout w:type="fixed"/>
                    <w:tblLook w:firstColumn="1" w:firstRow="1" w:lastColumn="0" w:lastRow="0" w:noHBand="0" w:noVBand="1" w:val="04A0"/>
                    <w:tblBorders>
                      <w:top w:val="nil"/>
                      <w:left w:val="nil"/>
                      <w:bottom w:val="nil"/>
                      <w:right w:val="nil"/>
                      <w:insideH w:val="nil"/>
                      <w:insideV w:val="nil"/>
                    </w:tblBorders>
                  </w:tblPr>
                  <w:tblGrid>
                    <w:gridCol w:w="2740"/>
                  </w:tblGrid>
                  <w:tr>
                    <w:tc>
                      <w:tcPr>
                        <w:tcW w:type="dxa" w:w="2740"/>
                        <w:vAlign w:val="center"/>
                        <w:shd w:fill="FFFFFF"/>
                        <w:tcMar>
                          <w:top w:w="0" w:type="dxa"/>
                          <w:bottom w:w="0" w:type="dxa"/>
                          <w:left w:w="0" w:type="dxa"/>
                          <w:right w:w="0" w:type="dxa"/>
                        </w:tcMar>
                      </w:tcPr>
                      <w:p>
                        <w:pPr>
                          <w:pStyle w:val="Artwork"/>
                          <w:keepNext/>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1739900" cy="88900"/>
                              <wp:docPr id="65" name="Picture 65" descr="cap 137.00 F8F7F3 7 FFFFFF top"/>
                              <wp:cNvGraphicFramePr>
                                <a:graphicFrameLocks noChangeAspect="1"/>
                              </wp:cNvGraphicFramePr>
                              <a:graphic>
                                <a:graphicData uri="http://schemas.openxmlformats.org/drawingml/2006/picture">
                                  <pic:pic>
                                    <pic:nvPicPr>
                                      <pic:cNvPr id="0" name="cap_137.00_F8F7F3_7_FFFFFF_top.png"/>
                                      <pic:cNvPicPr/>
                                    </pic:nvPicPr>
                                    <pic:blipFill>
                                      <a:blip r:embed="rId43"/>
                                      <a:stretch>
                                        <a:fillRect/>
                                      </a:stretch>
                                    </pic:blipFill>
                                    <pic:spPr>
                                      <a:xfrm>
                                        <a:off x="0" y="0"/>
                                        <a:ext cx="1739900" cy="88900"/>
                                      </a:xfrm>
                                      <a:prstGeom prst="rect"/>
                                    </pic:spPr>
                                  </pic:pic>
                                </a:graphicData>
                              </a:graphic>
                            </wp:inline>
                          </w:drawing>
                        </w:r>
                      </w:p>
                    </w:tc>
                  </w:tr>
                  <w:tr>
                    <w:trPr>
                      <w:trHeight w:val="660" w:hRule="atLeast"/>
                    </w:trPr>
                    <w:tc>
                      <w:tcPr>
                        <w:tcW w:type="dxa" w:w="2740"/>
                        <w:vAlign w:val="center"/>
                        <w:shd w:fill="F8F7F3"/>
                        <w:tcMar>
                          <w:top w:w="0" w:type="dxa"/>
                          <w:bottom w:w="0" w:type="dxa"/>
                          <w:left w:w="140" w:type="dxa"/>
                          <w:right w:w="140" w:type="dxa"/>
                        </w:tcMar>
                        <w:tcBorders>
                          <w:left w:val="single" w:sz="4" w:color="DED9CE"/>
                          <w:right w:val="single" w:sz="4" w:color="DED9CE"/>
                        </w:tcBorders>
                      </w:tcPr>
                      <w:p>
                        <w:pPr>
                          <w:keepNext w:val="0"/>
                          <w:spacing w:before="0" w:after="0" w:line="20" w:lineRule="exact"/>
                        </w:pPr>
                        <w:r>
                          <w:rPr>
                            <w:sz w:val="2"/>
                          </w:rPr>
                        </w:r>
                      </w:p>
                      <w:p>
                        <w:pPr>
                          <w:keepNext w:val="0"/>
                          <w:spacing w:before="0" w:after="0" w:line="298" w:lineRule="exact"/>
                        </w:pPr>
                        <w:r>
                          <w:rPr>
                            <w:rFonts w:ascii="DejaVu Sans" w:hAnsi="DejaVu Sans"/>
                            <w:b w:val="0"/>
                            <w:color w:val="677779"/>
                            <w:sz w:val="21"/>
                          </w:rPr>
                          <w:t>Type here</w:t>
                        </w:r>
                      </w:p>
                    </w:tc>
                  </w:tr>
                  <w:tr>
                    <w:tc>
                      <w:tcPr>
                        <w:tcW w:type="dxa" w:w="2740"/>
                        <w:vAlign w:val="center"/>
                        <w:shd w:fill="FFFFFF"/>
                        <w:tcMar>
                          <w:top w:w="0" w:type="dxa"/>
                          <w:bottom w:w="0" w:type="dxa"/>
                          <w:left w:w="0" w:type="dxa"/>
                          <w:right w:w="0" w:type="dxa"/>
                        </w:tcMar>
                      </w:tcPr>
                      <w:p>
                        <w:pPr>
                          <w:pStyle w:val="Artwork"/>
                          <w:keepNext w:val="0"/>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1739900" cy="88900"/>
                              <wp:docPr id="66" name="Picture 66" descr="cap 137.00 F8F7F3 7 FFFFFF bottom"/>
                              <wp:cNvGraphicFramePr>
                                <a:graphicFrameLocks noChangeAspect="1"/>
                              </wp:cNvGraphicFramePr>
                              <a:graphic>
                                <a:graphicData uri="http://schemas.openxmlformats.org/drawingml/2006/picture">
                                  <pic:pic>
                                    <pic:nvPicPr>
                                      <pic:cNvPr id="0" name="cap_137.00_F8F7F3_7_FFFFFF_bottom.png"/>
                                      <pic:cNvPicPr/>
                                    </pic:nvPicPr>
                                    <pic:blipFill>
                                      <a:blip r:embed="rId44"/>
                                      <a:stretch>
                                        <a:fillRect/>
                                      </a:stretch>
                                    </pic:blipFill>
                                    <pic:spPr>
                                      <a:xfrm>
                                        <a:off x="0" y="0"/>
                                        <a:ext cx="1739900" cy="88900"/>
                                      </a:xfrm>
                                      <a:prstGeom prst="rect"/>
                                    </pic:spPr>
                                  </pic:pic>
                                </a:graphicData>
                              </a:graphic>
                            </wp:inline>
                          </w:drawing>
                        </w:r>
                      </w:p>
                    </w:tc>
                  </w:tr>
                </w:tbl>
                <w:p>
                  <w:pPr>
                    <w:keepNext w:val="0"/>
                    <w:spacing w:before="0" w:after="0" w:line="20" w:lineRule="exact"/>
                  </w:pPr>
                  <w:r>
                    <w:rPr>
                      <w:sz w:val="2"/>
                    </w:rPr>
                  </w:r>
                </w:p>
              </w:tc>
              <w:tc>
                <w:tcPr>
                  <w:tcW w:type="dxa" w:w="2900"/>
                  <w:vAlign w:val="center"/>
                  <w:shd w:fill="FFFFFF"/>
                  <w:tcMar>
                    <w:top w:w="0" w:type="dxa"/>
                    <w:bottom w:w="0" w:type="dxa"/>
                    <w:left w:w="0" w:type="dxa"/>
                    <w:right w:w="0" w:type="dxa"/>
                  </w:tcMar>
                </w:tcPr>
                <w:p>
                  <w:pPr>
                    <w:keepNext w:val="0"/>
                    <w:spacing w:before="0" w:after="0" w:line="20" w:lineRule="exact"/>
                  </w:pPr>
                  <w:r>
                    <w:rPr>
                      <w:sz w:val="2"/>
                    </w:rPr>
                  </w:r>
                </w:p>
                <w:tbl>
                  <w:tblPr>
                    <w:tblW w:type="dxa" w:w="2840"/>
                    <w:jc w:val="center"/>
                    <w:tblLayout w:type="fixed"/>
                    <w:tblLook w:firstColumn="1" w:firstRow="1" w:lastColumn="0" w:lastRow="0" w:noHBand="0" w:noVBand="1" w:val="04A0"/>
                    <w:tblBorders>
                      <w:top w:val="nil"/>
                      <w:left w:val="nil"/>
                      <w:bottom w:val="nil"/>
                      <w:right w:val="nil"/>
                      <w:insideH w:val="nil"/>
                      <w:insideV w:val="nil"/>
                    </w:tblBorders>
                  </w:tblPr>
                  <w:tblGrid>
                    <w:gridCol w:w="2840"/>
                  </w:tblGrid>
                  <w:tr>
                    <w:tc>
                      <w:tcPr>
                        <w:tcW w:type="dxa" w:w="2840"/>
                        <w:vAlign w:val="center"/>
                        <w:shd w:fill="FFFFFF"/>
                        <w:tcMar>
                          <w:top w:w="0" w:type="dxa"/>
                          <w:bottom w:w="0" w:type="dxa"/>
                          <w:left w:w="0" w:type="dxa"/>
                          <w:right w:w="0" w:type="dxa"/>
                        </w:tcMar>
                      </w:tcPr>
                      <w:p>
                        <w:pPr>
                          <w:pStyle w:val="Artwork"/>
                          <w:keepNext/>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1803400" cy="88900"/>
                              <wp:docPr id="67" name="Picture 67" descr="cap 142.00 F8F7F3 7 FFFFFF top"/>
                              <wp:cNvGraphicFramePr>
                                <a:graphicFrameLocks noChangeAspect="1"/>
                              </wp:cNvGraphicFramePr>
                              <a:graphic>
                                <a:graphicData uri="http://schemas.openxmlformats.org/drawingml/2006/picture">
                                  <pic:pic>
                                    <pic:nvPicPr>
                                      <pic:cNvPr id="0" name="cap_142.00_F8F7F3_7_FFFFFF_top.png"/>
                                      <pic:cNvPicPr/>
                                    </pic:nvPicPr>
                                    <pic:blipFill>
                                      <a:blip r:embed="rId45"/>
                                      <a:stretch>
                                        <a:fillRect/>
                                      </a:stretch>
                                    </pic:blipFill>
                                    <pic:spPr>
                                      <a:xfrm>
                                        <a:off x="0" y="0"/>
                                        <a:ext cx="1803400" cy="88900"/>
                                      </a:xfrm>
                                      <a:prstGeom prst="rect"/>
                                    </pic:spPr>
                                  </pic:pic>
                                </a:graphicData>
                              </a:graphic>
                            </wp:inline>
                          </w:drawing>
                        </w:r>
                      </w:p>
                    </w:tc>
                  </w:tr>
                  <w:tr>
                    <w:trPr>
                      <w:trHeight w:val="660" w:hRule="atLeast"/>
                    </w:trPr>
                    <w:tc>
                      <w:tcPr>
                        <w:tcW w:type="dxa" w:w="2840"/>
                        <w:vAlign w:val="center"/>
                        <w:shd w:fill="F8F7F3"/>
                        <w:tcMar>
                          <w:top w:w="0" w:type="dxa"/>
                          <w:bottom w:w="0" w:type="dxa"/>
                          <w:left w:w="140" w:type="dxa"/>
                          <w:right w:w="140" w:type="dxa"/>
                        </w:tcMar>
                        <w:tcBorders>
                          <w:left w:val="single" w:sz="4" w:color="DED9CE"/>
                          <w:right w:val="single" w:sz="4" w:color="DED9CE"/>
                        </w:tcBorders>
                      </w:tcPr>
                      <w:p>
                        <w:pPr>
                          <w:keepNext w:val="0"/>
                          <w:spacing w:before="0" w:after="0" w:line="20" w:lineRule="exact"/>
                        </w:pPr>
                        <w:r>
                          <w:rPr>
                            <w:sz w:val="2"/>
                          </w:rPr>
                        </w:r>
                      </w:p>
                      <w:p>
                        <w:pPr>
                          <w:keepNext w:val="0"/>
                          <w:spacing w:before="0" w:after="0" w:line="298" w:lineRule="exact"/>
                        </w:pPr>
                        <w:r>
                          <w:rPr>
                            <w:rFonts w:ascii="DejaVu Sans" w:hAnsi="DejaVu Sans"/>
                            <w:b w:val="0"/>
                            <w:color w:val="677779"/>
                            <w:sz w:val="21"/>
                          </w:rPr>
                          <w:t>Type here</w:t>
                        </w:r>
                      </w:p>
                    </w:tc>
                  </w:tr>
                  <w:tr>
                    <w:tc>
                      <w:tcPr>
                        <w:tcW w:type="dxa" w:w="2840"/>
                        <w:vAlign w:val="center"/>
                        <w:shd w:fill="FFFFFF"/>
                        <w:tcMar>
                          <w:top w:w="0" w:type="dxa"/>
                          <w:bottom w:w="0" w:type="dxa"/>
                          <w:left w:w="0" w:type="dxa"/>
                          <w:right w:w="0" w:type="dxa"/>
                        </w:tcMar>
                      </w:tcPr>
                      <w:p>
                        <w:pPr>
                          <w:pStyle w:val="Artwork"/>
                          <w:keepNext w:val="0"/>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1803400" cy="88900"/>
                              <wp:docPr id="68" name="Picture 68" descr="cap 142.00 F8F7F3 7 FFFFFF bottom"/>
                              <wp:cNvGraphicFramePr>
                                <a:graphicFrameLocks noChangeAspect="1"/>
                              </wp:cNvGraphicFramePr>
                              <a:graphic>
                                <a:graphicData uri="http://schemas.openxmlformats.org/drawingml/2006/picture">
                                  <pic:pic>
                                    <pic:nvPicPr>
                                      <pic:cNvPr id="0" name="cap_142.00_F8F7F3_7_FFFFFF_bottom.png"/>
                                      <pic:cNvPicPr/>
                                    </pic:nvPicPr>
                                    <pic:blipFill>
                                      <a:blip r:embed="rId46"/>
                                      <a:stretch>
                                        <a:fillRect/>
                                      </a:stretch>
                                    </pic:blipFill>
                                    <pic:spPr>
                                      <a:xfrm>
                                        <a:off x="0" y="0"/>
                                        <a:ext cx="1803400" cy="88900"/>
                                      </a:xfrm>
                                      <a:prstGeom prst="rect"/>
                                    </pic:spPr>
                                  </pic:pic>
                                </a:graphicData>
                              </a:graphic>
                            </wp:inline>
                          </w:drawing>
                        </w:r>
                      </w:p>
                    </w:tc>
                  </w:tr>
                </w:tbl>
                <w:p>
                  <w:pPr>
                    <w:keepNext w:val="0"/>
                    <w:spacing w:before="0" w:after="0" w:line="20" w:lineRule="exact"/>
                  </w:pPr>
                  <w:r>
                    <w:rPr>
                      <w:sz w:val="2"/>
                    </w:rPr>
                  </w:r>
                </w:p>
              </w:tc>
              <w:tc>
                <w:tcPr>
                  <w:tcW w:type="dxa" w:w="2566"/>
                  <w:vAlign w:val="center"/>
                  <w:shd w:fill="FFFFFF"/>
                  <w:tcMar>
                    <w:top w:w="0" w:type="dxa"/>
                    <w:bottom w:w="0" w:type="dxa"/>
                    <w:left w:w="0" w:type="dxa"/>
                    <w:right w:w="0" w:type="dxa"/>
                  </w:tcMar>
                </w:tcPr>
                <w:p>
                  <w:pPr>
                    <w:keepNext w:val="0"/>
                    <w:spacing w:before="0" w:after="0" w:line="20" w:lineRule="exact"/>
                  </w:pPr>
                  <w:r>
                    <w:rPr>
                      <w:sz w:val="2"/>
                    </w:rPr>
                  </w:r>
                </w:p>
                <w:tbl>
                  <w:tblPr>
                    <w:tblW w:type="dxa" w:w="2506"/>
                    <w:jc w:val="center"/>
                    <w:tblLayout w:type="fixed"/>
                    <w:tblLook w:firstColumn="1" w:firstRow="1" w:lastColumn="0" w:lastRow="0" w:noHBand="0" w:noVBand="1" w:val="04A0"/>
                    <w:tblBorders>
                      <w:top w:val="nil"/>
                      <w:left w:val="nil"/>
                      <w:bottom w:val="nil"/>
                      <w:right w:val="nil"/>
                      <w:insideH w:val="nil"/>
                      <w:insideV w:val="nil"/>
                    </w:tblBorders>
                  </w:tblPr>
                  <w:tblGrid>
                    <w:gridCol w:w="2506"/>
                  </w:tblGrid>
                  <w:tr>
                    <w:tc>
                      <w:tcPr>
                        <w:tcW w:type="dxa" w:w="2506"/>
                        <w:vAlign w:val="center"/>
                        <w:shd w:fill="FFFFFF"/>
                        <w:tcMar>
                          <w:top w:w="0" w:type="dxa"/>
                          <w:bottom w:w="0" w:type="dxa"/>
                          <w:left w:w="0" w:type="dxa"/>
                          <w:right w:w="0" w:type="dxa"/>
                        </w:tcMar>
                      </w:tcPr>
                      <w:p>
                        <w:pPr>
                          <w:pStyle w:val="Artwork"/>
                          <w:keepNext/>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1590999" cy="88900"/>
                              <wp:docPr id="69" name="Picture 69" descr="cap 125.28 F8F7F3 7 FFFFFF top"/>
                              <wp:cNvGraphicFramePr>
                                <a:graphicFrameLocks noChangeAspect="1"/>
                              </wp:cNvGraphicFramePr>
                              <a:graphic>
                                <a:graphicData uri="http://schemas.openxmlformats.org/drawingml/2006/picture">
                                  <pic:pic>
                                    <pic:nvPicPr>
                                      <pic:cNvPr id="0" name="cap_125.28_F8F7F3_7_FFFFFF_top.png"/>
                                      <pic:cNvPicPr/>
                                    </pic:nvPicPr>
                                    <pic:blipFill>
                                      <a:blip r:embed="rId47"/>
                                      <a:stretch>
                                        <a:fillRect/>
                                      </a:stretch>
                                    </pic:blipFill>
                                    <pic:spPr>
                                      <a:xfrm>
                                        <a:off x="0" y="0"/>
                                        <a:ext cx="1590999" cy="88900"/>
                                      </a:xfrm>
                                      <a:prstGeom prst="rect"/>
                                    </pic:spPr>
                                  </pic:pic>
                                </a:graphicData>
                              </a:graphic>
                            </wp:inline>
                          </w:drawing>
                        </w:r>
                      </w:p>
                    </w:tc>
                  </w:tr>
                  <w:tr>
                    <w:trPr>
                      <w:trHeight w:val="660" w:hRule="atLeast"/>
                    </w:trPr>
                    <w:tc>
                      <w:tcPr>
                        <w:tcW w:type="dxa" w:w="2506"/>
                        <w:vAlign w:val="center"/>
                        <w:shd w:fill="F8F7F3"/>
                        <w:tcMar>
                          <w:top w:w="0" w:type="dxa"/>
                          <w:bottom w:w="0" w:type="dxa"/>
                          <w:left w:w="140" w:type="dxa"/>
                          <w:right w:w="140" w:type="dxa"/>
                        </w:tcMar>
                        <w:tcBorders>
                          <w:left w:val="single" w:sz="4" w:color="DED9CE"/>
                          <w:right w:val="single" w:sz="4" w:color="DED9CE"/>
                        </w:tcBorders>
                      </w:tcPr>
                      <w:p>
                        <w:pPr>
                          <w:keepNext w:val="0"/>
                          <w:spacing w:before="0" w:after="0" w:line="20" w:lineRule="exact"/>
                        </w:pPr>
                        <w:r>
                          <w:rPr>
                            <w:sz w:val="2"/>
                          </w:rPr>
                        </w:r>
                      </w:p>
                      <w:p>
                        <w:pPr>
                          <w:keepNext w:val="0"/>
                          <w:spacing w:before="0" w:after="0" w:line="298" w:lineRule="exact"/>
                        </w:pPr>
                        <w:r>
                          <w:rPr>
                            <w:rFonts w:ascii="DejaVu Sans" w:hAnsi="DejaVu Sans"/>
                            <w:b w:val="0"/>
                            <w:color w:val="677779"/>
                            <w:sz w:val="21"/>
                          </w:rPr>
                          <w:t>Type here</w:t>
                        </w:r>
                      </w:p>
                    </w:tc>
                  </w:tr>
                  <w:tr>
                    <w:tc>
                      <w:tcPr>
                        <w:tcW w:type="dxa" w:w="2506"/>
                        <w:vAlign w:val="center"/>
                        <w:shd w:fill="FFFFFF"/>
                        <w:tcMar>
                          <w:top w:w="0" w:type="dxa"/>
                          <w:bottom w:w="0" w:type="dxa"/>
                          <w:left w:w="0" w:type="dxa"/>
                          <w:right w:w="0" w:type="dxa"/>
                        </w:tcMar>
                      </w:tcPr>
                      <w:p>
                        <w:pPr>
                          <w:pStyle w:val="Artwork"/>
                          <w:keepNext w:val="0"/>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1590999" cy="88900"/>
                              <wp:docPr id="70" name="Picture 70" descr="cap 125.28 F8F7F3 7 FFFFFF bottom"/>
                              <wp:cNvGraphicFramePr>
                                <a:graphicFrameLocks noChangeAspect="1"/>
                              </wp:cNvGraphicFramePr>
                              <a:graphic>
                                <a:graphicData uri="http://schemas.openxmlformats.org/drawingml/2006/picture">
                                  <pic:pic>
                                    <pic:nvPicPr>
                                      <pic:cNvPr id="0" name="cap_125.28_F8F7F3_7_FFFFFF_bottom.png"/>
                                      <pic:cNvPicPr/>
                                    </pic:nvPicPr>
                                    <pic:blipFill>
                                      <a:blip r:embed="rId48"/>
                                      <a:stretch>
                                        <a:fillRect/>
                                      </a:stretch>
                                    </pic:blipFill>
                                    <pic:spPr>
                                      <a:xfrm>
                                        <a:off x="0" y="0"/>
                                        <a:ext cx="1590999" cy="88900"/>
                                      </a:xfrm>
                                      <a:prstGeom prst="rect"/>
                                    </pic:spPr>
                                  </pic:pic>
                                </a:graphicData>
                              </a:graphic>
                            </wp:inline>
                          </w:drawing>
                        </w:r>
                      </w:p>
                    </w:tc>
                  </w:tr>
                </w:tbl>
                <w:p>
                  <w:pPr>
                    <w:keepNext w:val="0"/>
                    <w:spacing w:before="0" w:after="0" w:line="20" w:lineRule="exact"/>
                  </w:pPr>
                  <w:r>
                    <w:rPr>
                      <w:sz w:val="2"/>
                    </w:rPr>
                  </w:r>
                </w:p>
              </w:tc>
            </w:tr>
            <w:tr>
              <w:trPr>
                <w:trHeight w:val="1020" w:hRule="atLeast"/>
              </w:trPr>
              <w:tc>
                <w:tcPr>
                  <w:tcW w:type="dxa" w:w="920"/>
                  <w:vAlign w:val="center"/>
                  <w:shd w:fill="FFFFFF"/>
                  <w:tcMar>
                    <w:top w:w="0" w:type="dxa"/>
                    <w:bottom w:w="0" w:type="dxa"/>
                    <w:left w:w="0" w:type="dxa"/>
                    <w:right w:w="0" w:type="dxa"/>
                  </w:tcMar>
                </w:tcPr>
                <w:p>
                  <w:pPr>
                    <w:keepNext w:val="0"/>
                    <w:spacing w:before="0" w:after="0" w:line="20" w:lineRule="exact"/>
                  </w:pPr>
                  <w:r>
                    <w:rPr>
                      <w:sz w:val="2"/>
                    </w:rPr>
                  </w:r>
                </w:p>
                <w:tbl>
                  <w:tblPr>
                    <w:tblW w:type="dxa" w:w="860"/>
                    <w:jc w:val="center"/>
                    <w:tblLayout w:type="fixed"/>
                    <w:tblLook w:firstColumn="1" w:firstRow="1" w:lastColumn="0" w:lastRow="0" w:noHBand="0" w:noVBand="1" w:val="04A0"/>
                    <w:tblBorders>
                      <w:top w:val="nil"/>
                      <w:left w:val="nil"/>
                      <w:bottom w:val="nil"/>
                      <w:right w:val="nil"/>
                      <w:insideH w:val="nil"/>
                      <w:insideV w:val="nil"/>
                    </w:tblBorders>
                  </w:tblPr>
                  <w:tblGrid>
                    <w:gridCol w:w="860"/>
                  </w:tblGrid>
                  <w:tr>
                    <w:tc>
                      <w:tcPr>
                        <w:tcW w:type="dxa" w:w="860"/>
                        <w:vAlign w:val="center"/>
                        <w:shd w:fill="FFFFFF"/>
                        <w:tcMar>
                          <w:top w:w="0" w:type="dxa"/>
                          <w:bottom w:w="0" w:type="dxa"/>
                          <w:left w:w="0" w:type="dxa"/>
                          <w:right w:w="0" w:type="dxa"/>
                        </w:tcMar>
                      </w:tcPr>
                      <w:p>
                        <w:pPr>
                          <w:pStyle w:val="Artwork"/>
                          <w:keepNext/>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546100" cy="88900"/>
                              <wp:docPr id="71" name="Picture 71" descr="cap 43.00 FFFFFF 7 FFFFFF top"/>
                              <wp:cNvGraphicFramePr>
                                <a:graphicFrameLocks noChangeAspect="1"/>
                              </wp:cNvGraphicFramePr>
                              <a:graphic>
                                <a:graphicData uri="http://schemas.openxmlformats.org/drawingml/2006/picture">
                                  <pic:pic>
                                    <pic:nvPicPr>
                                      <pic:cNvPr id="0" name="cap_43.00_FFFFFF_7_FFFFFF_top.png"/>
                                      <pic:cNvPicPr/>
                                    </pic:nvPicPr>
                                    <pic:blipFill>
                                      <a:blip r:embed="rId49"/>
                                      <a:stretch>
                                        <a:fillRect/>
                                      </a:stretch>
                                    </pic:blipFill>
                                    <pic:spPr>
                                      <a:xfrm>
                                        <a:off x="0" y="0"/>
                                        <a:ext cx="546100" cy="88900"/>
                                      </a:xfrm>
                                      <a:prstGeom prst="rect"/>
                                    </pic:spPr>
                                  </pic:pic>
                                </a:graphicData>
                              </a:graphic>
                            </wp:inline>
                          </w:drawing>
                        </w:r>
                      </w:p>
                    </w:tc>
                  </w:tr>
                  <w:tr>
                    <w:trPr>
                      <w:trHeight w:val="660" w:hRule="atLeast"/>
                    </w:trPr>
                    <w:tc>
                      <w:tcPr>
                        <w:tcW w:type="dxa" w:w="860"/>
                        <w:vAlign w:val="center"/>
                        <w:shd w:fill="FFFFFF"/>
                        <w:tcMar>
                          <w:top w:w="0" w:type="dxa"/>
                          <w:bottom w:w="0" w:type="dxa"/>
                          <w:left w:w="140" w:type="dxa"/>
                          <w:right w:w="140" w:type="dxa"/>
                        </w:tcMar>
                        <w:tcBorders>
                          <w:left w:val="single" w:sz="4" w:color="DED9CE"/>
                          <w:right w:val="single" w:sz="4" w:color="DED9CE"/>
                        </w:tcBorders>
                      </w:tcPr>
                      <w:p>
                        <w:pPr>
                          <w:keepNext w:val="0"/>
                          <w:spacing w:before="0" w:after="0" w:line="20" w:lineRule="exact"/>
                        </w:pPr>
                        <w:r>
                          <w:rPr>
                            <w:sz w:val="2"/>
                          </w:rPr>
                        </w:r>
                      </w:p>
                      <w:p>
                        <w:pPr>
                          <w:keepNext w:val="0"/>
                          <w:spacing w:before="0" w:after="0" w:line="298" w:lineRule="exact"/>
                        </w:pPr>
                        <w:r>
                          <w:rPr>
                            <w:rFonts w:ascii="DejaVu Sans" w:hAnsi="DejaVu Sans"/>
                            <w:b w:val="0"/>
                            <w:color w:val="192A2C"/>
                            <w:sz w:val="21"/>
                          </w:rPr>
                          <w:t>Thu</w:t>
                        </w:r>
                      </w:p>
                    </w:tc>
                  </w:tr>
                  <w:tr>
                    <w:tc>
                      <w:tcPr>
                        <w:tcW w:type="dxa" w:w="860"/>
                        <w:vAlign w:val="center"/>
                        <w:shd w:fill="FFFFFF"/>
                        <w:tcMar>
                          <w:top w:w="0" w:type="dxa"/>
                          <w:bottom w:w="0" w:type="dxa"/>
                          <w:left w:w="0" w:type="dxa"/>
                          <w:right w:w="0" w:type="dxa"/>
                        </w:tcMar>
                      </w:tcPr>
                      <w:p>
                        <w:pPr>
                          <w:pStyle w:val="Artwork"/>
                          <w:keepNext w:val="0"/>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546100" cy="88900"/>
                              <wp:docPr id="72" name="Picture 72" descr="cap 43.00 FFFFFF 7 FFFFFF bottom"/>
                              <wp:cNvGraphicFramePr>
                                <a:graphicFrameLocks noChangeAspect="1"/>
                              </wp:cNvGraphicFramePr>
                              <a:graphic>
                                <a:graphicData uri="http://schemas.openxmlformats.org/drawingml/2006/picture">
                                  <pic:pic>
                                    <pic:nvPicPr>
                                      <pic:cNvPr id="0" name="cap_43.00_FFFFFF_7_FFFFFF_bottom.png"/>
                                      <pic:cNvPicPr/>
                                    </pic:nvPicPr>
                                    <pic:blipFill>
                                      <a:blip r:embed="rId50"/>
                                      <a:stretch>
                                        <a:fillRect/>
                                      </a:stretch>
                                    </pic:blipFill>
                                    <pic:spPr>
                                      <a:xfrm>
                                        <a:off x="0" y="0"/>
                                        <a:ext cx="546100" cy="88900"/>
                                      </a:xfrm>
                                      <a:prstGeom prst="rect"/>
                                    </pic:spPr>
                                  </pic:pic>
                                </a:graphicData>
                              </a:graphic>
                            </wp:inline>
                          </w:drawing>
                        </w:r>
                      </w:p>
                    </w:tc>
                  </w:tr>
                </w:tbl>
                <w:p>
                  <w:pPr>
                    <w:keepNext w:val="0"/>
                    <w:spacing w:before="0" w:after="0" w:line="20" w:lineRule="exact"/>
                  </w:pPr>
                  <w:r>
                    <w:rPr>
                      <w:sz w:val="2"/>
                    </w:rPr>
                  </w:r>
                </w:p>
              </w:tc>
              <w:tc>
                <w:tcPr>
                  <w:tcW w:type="dxa" w:w="2800"/>
                  <w:vAlign w:val="center"/>
                  <w:shd w:fill="FFFFFF"/>
                  <w:tcMar>
                    <w:top w:w="0" w:type="dxa"/>
                    <w:bottom w:w="0" w:type="dxa"/>
                    <w:left w:w="0" w:type="dxa"/>
                    <w:right w:w="0" w:type="dxa"/>
                  </w:tcMar>
                </w:tcPr>
                <w:p>
                  <w:pPr>
                    <w:keepNext w:val="0"/>
                    <w:spacing w:before="0" w:after="0" w:line="20" w:lineRule="exact"/>
                  </w:pPr>
                  <w:r>
                    <w:rPr>
                      <w:sz w:val="2"/>
                    </w:rPr>
                  </w:r>
                </w:p>
                <w:tbl>
                  <w:tblPr>
                    <w:tblW w:type="dxa" w:w="2740"/>
                    <w:jc w:val="center"/>
                    <w:tblLayout w:type="fixed"/>
                    <w:tblLook w:firstColumn="1" w:firstRow="1" w:lastColumn="0" w:lastRow="0" w:noHBand="0" w:noVBand="1" w:val="04A0"/>
                    <w:tblBorders>
                      <w:top w:val="nil"/>
                      <w:left w:val="nil"/>
                      <w:bottom w:val="nil"/>
                      <w:right w:val="nil"/>
                      <w:insideH w:val="nil"/>
                      <w:insideV w:val="nil"/>
                    </w:tblBorders>
                  </w:tblPr>
                  <w:tblGrid>
                    <w:gridCol w:w="2740"/>
                  </w:tblGrid>
                  <w:tr>
                    <w:tc>
                      <w:tcPr>
                        <w:tcW w:type="dxa" w:w="2740"/>
                        <w:vAlign w:val="center"/>
                        <w:shd w:fill="FFFFFF"/>
                        <w:tcMar>
                          <w:top w:w="0" w:type="dxa"/>
                          <w:bottom w:w="0" w:type="dxa"/>
                          <w:left w:w="0" w:type="dxa"/>
                          <w:right w:w="0" w:type="dxa"/>
                        </w:tcMar>
                      </w:tcPr>
                      <w:p>
                        <w:pPr>
                          <w:pStyle w:val="Artwork"/>
                          <w:keepNext/>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1739900" cy="88900"/>
                              <wp:docPr id="73" name="Picture 73" descr="cap 137.00 FFFFFF 7 FFFFFF top"/>
                              <wp:cNvGraphicFramePr>
                                <a:graphicFrameLocks noChangeAspect="1"/>
                              </wp:cNvGraphicFramePr>
                              <a:graphic>
                                <a:graphicData uri="http://schemas.openxmlformats.org/drawingml/2006/picture">
                                  <pic:pic>
                                    <pic:nvPicPr>
                                      <pic:cNvPr id="0" name="cap_137.00_FFFFFF_7_FFFFFF_top.png"/>
                                      <pic:cNvPicPr/>
                                    </pic:nvPicPr>
                                    <pic:blipFill>
                                      <a:blip r:embed="rId51"/>
                                      <a:stretch>
                                        <a:fillRect/>
                                      </a:stretch>
                                    </pic:blipFill>
                                    <pic:spPr>
                                      <a:xfrm>
                                        <a:off x="0" y="0"/>
                                        <a:ext cx="1739900" cy="88900"/>
                                      </a:xfrm>
                                      <a:prstGeom prst="rect"/>
                                    </pic:spPr>
                                  </pic:pic>
                                </a:graphicData>
                              </a:graphic>
                            </wp:inline>
                          </w:drawing>
                        </w:r>
                      </w:p>
                    </w:tc>
                  </w:tr>
                  <w:tr>
                    <w:trPr>
                      <w:trHeight w:val="660" w:hRule="atLeast"/>
                    </w:trPr>
                    <w:tc>
                      <w:tcPr>
                        <w:tcW w:type="dxa" w:w="2740"/>
                        <w:vAlign w:val="center"/>
                        <w:shd w:fill="FFFFFF"/>
                        <w:tcMar>
                          <w:top w:w="0" w:type="dxa"/>
                          <w:bottom w:w="0" w:type="dxa"/>
                          <w:left w:w="140" w:type="dxa"/>
                          <w:right w:w="140" w:type="dxa"/>
                        </w:tcMar>
                        <w:tcBorders>
                          <w:left w:val="single" w:sz="4" w:color="DED9CE"/>
                          <w:right w:val="single" w:sz="4" w:color="DED9CE"/>
                        </w:tcBorders>
                      </w:tcPr>
                      <w:p>
                        <w:pPr>
                          <w:keepNext w:val="0"/>
                          <w:spacing w:before="0" w:after="0" w:line="20" w:lineRule="exact"/>
                        </w:pPr>
                        <w:r>
                          <w:rPr>
                            <w:sz w:val="2"/>
                          </w:rPr>
                        </w:r>
                      </w:p>
                      <w:p>
                        <w:pPr>
                          <w:keepNext w:val="0"/>
                          <w:spacing w:before="0" w:after="0" w:line="298" w:lineRule="exact"/>
                        </w:pPr>
                        <w:r>
                          <w:rPr>
                            <w:rFonts w:ascii="DejaVu Sans" w:hAnsi="DejaVu Sans"/>
                            <w:b w:val="0"/>
                            <w:color w:val="677779"/>
                            <w:sz w:val="21"/>
                          </w:rPr>
                          <w:t>Type here</w:t>
                        </w:r>
                      </w:p>
                    </w:tc>
                  </w:tr>
                  <w:tr>
                    <w:tc>
                      <w:tcPr>
                        <w:tcW w:type="dxa" w:w="2740"/>
                        <w:vAlign w:val="center"/>
                        <w:shd w:fill="FFFFFF"/>
                        <w:tcMar>
                          <w:top w:w="0" w:type="dxa"/>
                          <w:bottom w:w="0" w:type="dxa"/>
                          <w:left w:w="0" w:type="dxa"/>
                          <w:right w:w="0" w:type="dxa"/>
                        </w:tcMar>
                      </w:tcPr>
                      <w:p>
                        <w:pPr>
                          <w:pStyle w:val="Artwork"/>
                          <w:keepNext w:val="0"/>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1739900" cy="88900"/>
                              <wp:docPr id="74" name="Picture 74" descr="cap 137.00 FFFFFF 7 FFFFFF bottom"/>
                              <wp:cNvGraphicFramePr>
                                <a:graphicFrameLocks noChangeAspect="1"/>
                              </wp:cNvGraphicFramePr>
                              <a:graphic>
                                <a:graphicData uri="http://schemas.openxmlformats.org/drawingml/2006/picture">
                                  <pic:pic>
                                    <pic:nvPicPr>
                                      <pic:cNvPr id="0" name="cap_137.00_FFFFFF_7_FFFFFF_bottom.png"/>
                                      <pic:cNvPicPr/>
                                    </pic:nvPicPr>
                                    <pic:blipFill>
                                      <a:blip r:embed="rId52"/>
                                      <a:stretch>
                                        <a:fillRect/>
                                      </a:stretch>
                                    </pic:blipFill>
                                    <pic:spPr>
                                      <a:xfrm>
                                        <a:off x="0" y="0"/>
                                        <a:ext cx="1739900" cy="88900"/>
                                      </a:xfrm>
                                      <a:prstGeom prst="rect"/>
                                    </pic:spPr>
                                  </pic:pic>
                                </a:graphicData>
                              </a:graphic>
                            </wp:inline>
                          </w:drawing>
                        </w:r>
                      </w:p>
                    </w:tc>
                  </w:tr>
                </w:tbl>
                <w:p>
                  <w:pPr>
                    <w:keepNext w:val="0"/>
                    <w:spacing w:before="0" w:after="0" w:line="20" w:lineRule="exact"/>
                  </w:pPr>
                  <w:r>
                    <w:rPr>
                      <w:sz w:val="2"/>
                    </w:rPr>
                  </w:r>
                </w:p>
              </w:tc>
              <w:tc>
                <w:tcPr>
                  <w:tcW w:type="dxa" w:w="2900"/>
                  <w:vAlign w:val="center"/>
                  <w:shd w:fill="FFFFFF"/>
                  <w:tcMar>
                    <w:top w:w="0" w:type="dxa"/>
                    <w:bottom w:w="0" w:type="dxa"/>
                    <w:left w:w="0" w:type="dxa"/>
                    <w:right w:w="0" w:type="dxa"/>
                  </w:tcMar>
                </w:tcPr>
                <w:p>
                  <w:pPr>
                    <w:keepNext w:val="0"/>
                    <w:spacing w:before="0" w:after="0" w:line="20" w:lineRule="exact"/>
                  </w:pPr>
                  <w:r>
                    <w:rPr>
                      <w:sz w:val="2"/>
                    </w:rPr>
                  </w:r>
                </w:p>
                <w:tbl>
                  <w:tblPr>
                    <w:tblW w:type="dxa" w:w="2840"/>
                    <w:jc w:val="center"/>
                    <w:tblLayout w:type="fixed"/>
                    <w:tblLook w:firstColumn="1" w:firstRow="1" w:lastColumn="0" w:lastRow="0" w:noHBand="0" w:noVBand="1" w:val="04A0"/>
                    <w:tblBorders>
                      <w:top w:val="nil"/>
                      <w:left w:val="nil"/>
                      <w:bottom w:val="nil"/>
                      <w:right w:val="nil"/>
                      <w:insideH w:val="nil"/>
                      <w:insideV w:val="nil"/>
                    </w:tblBorders>
                  </w:tblPr>
                  <w:tblGrid>
                    <w:gridCol w:w="2840"/>
                  </w:tblGrid>
                  <w:tr>
                    <w:tc>
                      <w:tcPr>
                        <w:tcW w:type="dxa" w:w="2840"/>
                        <w:vAlign w:val="center"/>
                        <w:shd w:fill="FFFFFF"/>
                        <w:tcMar>
                          <w:top w:w="0" w:type="dxa"/>
                          <w:bottom w:w="0" w:type="dxa"/>
                          <w:left w:w="0" w:type="dxa"/>
                          <w:right w:w="0" w:type="dxa"/>
                        </w:tcMar>
                      </w:tcPr>
                      <w:p>
                        <w:pPr>
                          <w:pStyle w:val="Artwork"/>
                          <w:keepNext/>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1803400" cy="88900"/>
                              <wp:docPr id="75" name="Picture 75" descr="cap 142.00 FFFFFF 7 FFFFFF top"/>
                              <wp:cNvGraphicFramePr>
                                <a:graphicFrameLocks noChangeAspect="1"/>
                              </wp:cNvGraphicFramePr>
                              <a:graphic>
                                <a:graphicData uri="http://schemas.openxmlformats.org/drawingml/2006/picture">
                                  <pic:pic>
                                    <pic:nvPicPr>
                                      <pic:cNvPr id="0" name="cap_142.00_FFFFFF_7_FFFFFF_top.png"/>
                                      <pic:cNvPicPr/>
                                    </pic:nvPicPr>
                                    <pic:blipFill>
                                      <a:blip r:embed="rId53"/>
                                      <a:stretch>
                                        <a:fillRect/>
                                      </a:stretch>
                                    </pic:blipFill>
                                    <pic:spPr>
                                      <a:xfrm>
                                        <a:off x="0" y="0"/>
                                        <a:ext cx="1803400" cy="88900"/>
                                      </a:xfrm>
                                      <a:prstGeom prst="rect"/>
                                    </pic:spPr>
                                  </pic:pic>
                                </a:graphicData>
                              </a:graphic>
                            </wp:inline>
                          </w:drawing>
                        </w:r>
                      </w:p>
                    </w:tc>
                  </w:tr>
                  <w:tr>
                    <w:trPr>
                      <w:trHeight w:val="660" w:hRule="atLeast"/>
                    </w:trPr>
                    <w:tc>
                      <w:tcPr>
                        <w:tcW w:type="dxa" w:w="2840"/>
                        <w:vAlign w:val="center"/>
                        <w:shd w:fill="FFFFFF"/>
                        <w:tcMar>
                          <w:top w:w="0" w:type="dxa"/>
                          <w:bottom w:w="0" w:type="dxa"/>
                          <w:left w:w="140" w:type="dxa"/>
                          <w:right w:w="140" w:type="dxa"/>
                        </w:tcMar>
                        <w:tcBorders>
                          <w:left w:val="single" w:sz="4" w:color="DED9CE"/>
                          <w:right w:val="single" w:sz="4" w:color="DED9CE"/>
                        </w:tcBorders>
                      </w:tcPr>
                      <w:p>
                        <w:pPr>
                          <w:keepNext w:val="0"/>
                          <w:spacing w:before="0" w:after="0" w:line="20" w:lineRule="exact"/>
                        </w:pPr>
                        <w:r>
                          <w:rPr>
                            <w:sz w:val="2"/>
                          </w:rPr>
                        </w:r>
                      </w:p>
                      <w:p>
                        <w:pPr>
                          <w:keepNext w:val="0"/>
                          <w:spacing w:before="0" w:after="0" w:line="298" w:lineRule="exact"/>
                        </w:pPr>
                        <w:r>
                          <w:rPr>
                            <w:rFonts w:ascii="DejaVu Sans" w:hAnsi="DejaVu Sans"/>
                            <w:b w:val="0"/>
                            <w:color w:val="677779"/>
                            <w:sz w:val="21"/>
                          </w:rPr>
                          <w:t>Type here</w:t>
                        </w:r>
                      </w:p>
                    </w:tc>
                  </w:tr>
                  <w:tr>
                    <w:tc>
                      <w:tcPr>
                        <w:tcW w:type="dxa" w:w="2840"/>
                        <w:vAlign w:val="center"/>
                        <w:shd w:fill="FFFFFF"/>
                        <w:tcMar>
                          <w:top w:w="0" w:type="dxa"/>
                          <w:bottom w:w="0" w:type="dxa"/>
                          <w:left w:w="0" w:type="dxa"/>
                          <w:right w:w="0" w:type="dxa"/>
                        </w:tcMar>
                      </w:tcPr>
                      <w:p>
                        <w:pPr>
                          <w:pStyle w:val="Artwork"/>
                          <w:keepNext w:val="0"/>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1803400" cy="88900"/>
                              <wp:docPr id="76" name="Picture 76" descr="cap 142.00 FFFFFF 7 FFFFFF bottom"/>
                              <wp:cNvGraphicFramePr>
                                <a:graphicFrameLocks noChangeAspect="1"/>
                              </wp:cNvGraphicFramePr>
                              <a:graphic>
                                <a:graphicData uri="http://schemas.openxmlformats.org/drawingml/2006/picture">
                                  <pic:pic>
                                    <pic:nvPicPr>
                                      <pic:cNvPr id="0" name="cap_142.00_FFFFFF_7_FFFFFF_bottom.png"/>
                                      <pic:cNvPicPr/>
                                    </pic:nvPicPr>
                                    <pic:blipFill>
                                      <a:blip r:embed="rId54"/>
                                      <a:stretch>
                                        <a:fillRect/>
                                      </a:stretch>
                                    </pic:blipFill>
                                    <pic:spPr>
                                      <a:xfrm>
                                        <a:off x="0" y="0"/>
                                        <a:ext cx="1803400" cy="88900"/>
                                      </a:xfrm>
                                      <a:prstGeom prst="rect"/>
                                    </pic:spPr>
                                  </pic:pic>
                                </a:graphicData>
                              </a:graphic>
                            </wp:inline>
                          </w:drawing>
                        </w:r>
                      </w:p>
                    </w:tc>
                  </w:tr>
                </w:tbl>
                <w:p>
                  <w:pPr>
                    <w:keepNext w:val="0"/>
                    <w:spacing w:before="0" w:after="0" w:line="20" w:lineRule="exact"/>
                  </w:pPr>
                  <w:r>
                    <w:rPr>
                      <w:sz w:val="2"/>
                    </w:rPr>
                  </w:r>
                </w:p>
              </w:tc>
              <w:tc>
                <w:tcPr>
                  <w:tcW w:type="dxa" w:w="2566"/>
                  <w:vAlign w:val="center"/>
                  <w:shd w:fill="FFFFFF"/>
                  <w:tcMar>
                    <w:top w:w="0" w:type="dxa"/>
                    <w:bottom w:w="0" w:type="dxa"/>
                    <w:left w:w="0" w:type="dxa"/>
                    <w:right w:w="0" w:type="dxa"/>
                  </w:tcMar>
                </w:tcPr>
                <w:p>
                  <w:pPr>
                    <w:keepNext w:val="0"/>
                    <w:spacing w:before="0" w:after="0" w:line="20" w:lineRule="exact"/>
                  </w:pPr>
                  <w:r>
                    <w:rPr>
                      <w:sz w:val="2"/>
                    </w:rPr>
                  </w:r>
                </w:p>
                <w:tbl>
                  <w:tblPr>
                    <w:tblW w:type="dxa" w:w="2506"/>
                    <w:jc w:val="center"/>
                    <w:tblLayout w:type="fixed"/>
                    <w:tblLook w:firstColumn="1" w:firstRow="1" w:lastColumn="0" w:lastRow="0" w:noHBand="0" w:noVBand="1" w:val="04A0"/>
                    <w:tblBorders>
                      <w:top w:val="nil"/>
                      <w:left w:val="nil"/>
                      <w:bottom w:val="nil"/>
                      <w:right w:val="nil"/>
                      <w:insideH w:val="nil"/>
                      <w:insideV w:val="nil"/>
                    </w:tblBorders>
                  </w:tblPr>
                  <w:tblGrid>
                    <w:gridCol w:w="2506"/>
                  </w:tblGrid>
                  <w:tr>
                    <w:tc>
                      <w:tcPr>
                        <w:tcW w:type="dxa" w:w="2506"/>
                        <w:vAlign w:val="center"/>
                        <w:shd w:fill="FFFFFF"/>
                        <w:tcMar>
                          <w:top w:w="0" w:type="dxa"/>
                          <w:bottom w:w="0" w:type="dxa"/>
                          <w:left w:w="0" w:type="dxa"/>
                          <w:right w:w="0" w:type="dxa"/>
                        </w:tcMar>
                      </w:tcPr>
                      <w:p>
                        <w:pPr>
                          <w:pStyle w:val="Artwork"/>
                          <w:keepNext/>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1590999" cy="88900"/>
                              <wp:docPr id="77" name="Picture 77" descr="cap 125.28 FFFFFF 7 FFFFFF top"/>
                              <wp:cNvGraphicFramePr>
                                <a:graphicFrameLocks noChangeAspect="1"/>
                              </wp:cNvGraphicFramePr>
                              <a:graphic>
                                <a:graphicData uri="http://schemas.openxmlformats.org/drawingml/2006/picture">
                                  <pic:pic>
                                    <pic:nvPicPr>
                                      <pic:cNvPr id="0" name="cap_125.28_FFFFFF_7_FFFFFF_top.png"/>
                                      <pic:cNvPicPr/>
                                    </pic:nvPicPr>
                                    <pic:blipFill>
                                      <a:blip r:embed="rId55"/>
                                      <a:stretch>
                                        <a:fillRect/>
                                      </a:stretch>
                                    </pic:blipFill>
                                    <pic:spPr>
                                      <a:xfrm>
                                        <a:off x="0" y="0"/>
                                        <a:ext cx="1590999" cy="88900"/>
                                      </a:xfrm>
                                      <a:prstGeom prst="rect"/>
                                    </pic:spPr>
                                  </pic:pic>
                                </a:graphicData>
                              </a:graphic>
                            </wp:inline>
                          </w:drawing>
                        </w:r>
                      </w:p>
                    </w:tc>
                  </w:tr>
                  <w:tr>
                    <w:trPr>
                      <w:trHeight w:val="660" w:hRule="atLeast"/>
                    </w:trPr>
                    <w:tc>
                      <w:tcPr>
                        <w:tcW w:type="dxa" w:w="2506"/>
                        <w:vAlign w:val="center"/>
                        <w:shd w:fill="FFFFFF"/>
                        <w:tcMar>
                          <w:top w:w="0" w:type="dxa"/>
                          <w:bottom w:w="0" w:type="dxa"/>
                          <w:left w:w="140" w:type="dxa"/>
                          <w:right w:w="140" w:type="dxa"/>
                        </w:tcMar>
                        <w:tcBorders>
                          <w:left w:val="single" w:sz="4" w:color="DED9CE"/>
                          <w:right w:val="single" w:sz="4" w:color="DED9CE"/>
                        </w:tcBorders>
                      </w:tcPr>
                      <w:p>
                        <w:pPr>
                          <w:keepNext w:val="0"/>
                          <w:spacing w:before="0" w:after="0" w:line="20" w:lineRule="exact"/>
                        </w:pPr>
                        <w:r>
                          <w:rPr>
                            <w:sz w:val="2"/>
                          </w:rPr>
                        </w:r>
                      </w:p>
                      <w:p>
                        <w:pPr>
                          <w:keepNext w:val="0"/>
                          <w:spacing w:before="0" w:after="0" w:line="298" w:lineRule="exact"/>
                        </w:pPr>
                        <w:r>
                          <w:rPr>
                            <w:rFonts w:ascii="DejaVu Sans" w:hAnsi="DejaVu Sans"/>
                            <w:b w:val="0"/>
                            <w:color w:val="677779"/>
                            <w:sz w:val="21"/>
                          </w:rPr>
                          <w:t>Type here</w:t>
                        </w:r>
                      </w:p>
                    </w:tc>
                  </w:tr>
                  <w:tr>
                    <w:tc>
                      <w:tcPr>
                        <w:tcW w:type="dxa" w:w="2506"/>
                        <w:vAlign w:val="center"/>
                        <w:shd w:fill="FFFFFF"/>
                        <w:tcMar>
                          <w:top w:w="0" w:type="dxa"/>
                          <w:bottom w:w="0" w:type="dxa"/>
                          <w:left w:w="0" w:type="dxa"/>
                          <w:right w:w="0" w:type="dxa"/>
                        </w:tcMar>
                      </w:tcPr>
                      <w:p>
                        <w:pPr>
                          <w:pStyle w:val="Artwork"/>
                          <w:keepNext w:val="0"/>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1590999" cy="88900"/>
                              <wp:docPr id="78" name="Picture 78" descr="cap 125.28 FFFFFF 7 FFFFFF bottom"/>
                              <wp:cNvGraphicFramePr>
                                <a:graphicFrameLocks noChangeAspect="1"/>
                              </wp:cNvGraphicFramePr>
                              <a:graphic>
                                <a:graphicData uri="http://schemas.openxmlformats.org/drawingml/2006/picture">
                                  <pic:pic>
                                    <pic:nvPicPr>
                                      <pic:cNvPr id="0" name="cap_125.28_FFFFFF_7_FFFFFF_bottom.png"/>
                                      <pic:cNvPicPr/>
                                    </pic:nvPicPr>
                                    <pic:blipFill>
                                      <a:blip r:embed="rId56"/>
                                      <a:stretch>
                                        <a:fillRect/>
                                      </a:stretch>
                                    </pic:blipFill>
                                    <pic:spPr>
                                      <a:xfrm>
                                        <a:off x="0" y="0"/>
                                        <a:ext cx="1590999" cy="88900"/>
                                      </a:xfrm>
                                      <a:prstGeom prst="rect"/>
                                    </pic:spPr>
                                  </pic:pic>
                                </a:graphicData>
                              </a:graphic>
                            </wp:inline>
                          </w:drawing>
                        </w:r>
                      </w:p>
                    </w:tc>
                  </w:tr>
                </w:tbl>
                <w:p>
                  <w:pPr>
                    <w:keepNext w:val="0"/>
                    <w:spacing w:before="0" w:after="0" w:line="20" w:lineRule="exact"/>
                  </w:pPr>
                  <w:r>
                    <w:rPr>
                      <w:sz w:val="2"/>
                    </w:rPr>
                  </w:r>
                </w:p>
              </w:tc>
            </w:tr>
            <w:tr>
              <w:trPr>
                <w:trHeight w:val="1020" w:hRule="atLeast"/>
              </w:trPr>
              <w:tc>
                <w:tcPr>
                  <w:tcW w:type="dxa" w:w="920"/>
                  <w:vAlign w:val="center"/>
                  <w:shd w:fill="FFFFFF"/>
                  <w:tcMar>
                    <w:top w:w="0" w:type="dxa"/>
                    <w:bottom w:w="0" w:type="dxa"/>
                    <w:left w:w="0" w:type="dxa"/>
                    <w:right w:w="0" w:type="dxa"/>
                  </w:tcMar>
                </w:tcPr>
                <w:p>
                  <w:pPr>
                    <w:keepNext w:val="0"/>
                    <w:spacing w:before="0" w:after="0" w:line="20" w:lineRule="exact"/>
                  </w:pPr>
                  <w:r>
                    <w:rPr>
                      <w:sz w:val="2"/>
                    </w:rPr>
                  </w:r>
                </w:p>
                <w:tbl>
                  <w:tblPr>
                    <w:tblW w:type="dxa" w:w="860"/>
                    <w:jc w:val="center"/>
                    <w:tblLayout w:type="fixed"/>
                    <w:tblLook w:firstColumn="1" w:firstRow="1" w:lastColumn="0" w:lastRow="0" w:noHBand="0" w:noVBand="1" w:val="04A0"/>
                    <w:tblBorders>
                      <w:top w:val="nil"/>
                      <w:left w:val="nil"/>
                      <w:bottom w:val="nil"/>
                      <w:right w:val="nil"/>
                      <w:insideH w:val="nil"/>
                      <w:insideV w:val="nil"/>
                    </w:tblBorders>
                  </w:tblPr>
                  <w:tblGrid>
                    <w:gridCol w:w="860"/>
                  </w:tblGrid>
                  <w:tr>
                    <w:tc>
                      <w:tcPr>
                        <w:tcW w:type="dxa" w:w="860"/>
                        <w:vAlign w:val="center"/>
                        <w:shd w:fill="FFFFFF"/>
                        <w:tcMar>
                          <w:top w:w="0" w:type="dxa"/>
                          <w:bottom w:w="0" w:type="dxa"/>
                          <w:left w:w="0" w:type="dxa"/>
                          <w:right w:w="0" w:type="dxa"/>
                        </w:tcMar>
                      </w:tcPr>
                      <w:p>
                        <w:pPr>
                          <w:pStyle w:val="Artwork"/>
                          <w:keepNext/>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546100" cy="88900"/>
                              <wp:docPr id="79" name="Picture 79" descr="cap 43.00 F8F7F3 7 FFFFFF top"/>
                              <wp:cNvGraphicFramePr>
                                <a:graphicFrameLocks noChangeAspect="1"/>
                              </wp:cNvGraphicFramePr>
                              <a:graphic>
                                <a:graphicData uri="http://schemas.openxmlformats.org/drawingml/2006/picture">
                                  <pic:pic>
                                    <pic:nvPicPr>
                                      <pic:cNvPr id="0" name="cap_43.00_F8F7F3_7_FFFFFF_top.png"/>
                                      <pic:cNvPicPr/>
                                    </pic:nvPicPr>
                                    <pic:blipFill>
                                      <a:blip r:embed="rId41"/>
                                      <a:stretch>
                                        <a:fillRect/>
                                      </a:stretch>
                                    </pic:blipFill>
                                    <pic:spPr>
                                      <a:xfrm>
                                        <a:off x="0" y="0"/>
                                        <a:ext cx="546100" cy="88900"/>
                                      </a:xfrm>
                                      <a:prstGeom prst="rect"/>
                                    </pic:spPr>
                                  </pic:pic>
                                </a:graphicData>
                              </a:graphic>
                            </wp:inline>
                          </w:drawing>
                        </w:r>
                      </w:p>
                    </w:tc>
                  </w:tr>
                  <w:tr>
                    <w:trPr>
                      <w:trHeight w:val="660" w:hRule="atLeast"/>
                    </w:trPr>
                    <w:tc>
                      <w:tcPr>
                        <w:tcW w:type="dxa" w:w="860"/>
                        <w:vAlign w:val="center"/>
                        <w:shd w:fill="F8F7F3"/>
                        <w:tcMar>
                          <w:top w:w="0" w:type="dxa"/>
                          <w:bottom w:w="0" w:type="dxa"/>
                          <w:left w:w="140" w:type="dxa"/>
                          <w:right w:w="140" w:type="dxa"/>
                        </w:tcMar>
                        <w:tcBorders>
                          <w:left w:val="single" w:sz="4" w:color="DED9CE"/>
                          <w:right w:val="single" w:sz="4" w:color="DED9CE"/>
                        </w:tcBorders>
                      </w:tcPr>
                      <w:p>
                        <w:pPr>
                          <w:keepNext w:val="0"/>
                          <w:spacing w:before="0" w:after="0" w:line="20" w:lineRule="exact"/>
                        </w:pPr>
                        <w:r>
                          <w:rPr>
                            <w:sz w:val="2"/>
                          </w:rPr>
                        </w:r>
                      </w:p>
                      <w:p>
                        <w:pPr>
                          <w:keepNext w:val="0"/>
                          <w:spacing w:before="0" w:after="0" w:line="298" w:lineRule="exact"/>
                        </w:pPr>
                        <w:r>
                          <w:rPr>
                            <w:rFonts w:ascii="DejaVu Sans" w:hAnsi="DejaVu Sans"/>
                            <w:b w:val="0"/>
                            <w:color w:val="192A2C"/>
                            <w:sz w:val="21"/>
                          </w:rPr>
                          <w:t>Fri</w:t>
                        </w:r>
                      </w:p>
                    </w:tc>
                  </w:tr>
                  <w:tr>
                    <w:tc>
                      <w:tcPr>
                        <w:tcW w:type="dxa" w:w="860"/>
                        <w:vAlign w:val="center"/>
                        <w:shd w:fill="FFFFFF"/>
                        <w:tcMar>
                          <w:top w:w="0" w:type="dxa"/>
                          <w:bottom w:w="0" w:type="dxa"/>
                          <w:left w:w="0" w:type="dxa"/>
                          <w:right w:w="0" w:type="dxa"/>
                        </w:tcMar>
                      </w:tcPr>
                      <w:p>
                        <w:pPr>
                          <w:pStyle w:val="Artwork"/>
                          <w:keepNext w:val="0"/>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546100" cy="88900"/>
                              <wp:docPr id="80" name="Picture 80" descr="cap 43.00 F8F7F3 7 FFFFFF bottom"/>
                              <wp:cNvGraphicFramePr>
                                <a:graphicFrameLocks noChangeAspect="1"/>
                              </wp:cNvGraphicFramePr>
                              <a:graphic>
                                <a:graphicData uri="http://schemas.openxmlformats.org/drawingml/2006/picture">
                                  <pic:pic>
                                    <pic:nvPicPr>
                                      <pic:cNvPr id="0" name="cap_43.00_F8F7F3_7_FFFFFF_bottom.png"/>
                                      <pic:cNvPicPr/>
                                    </pic:nvPicPr>
                                    <pic:blipFill>
                                      <a:blip r:embed="rId42"/>
                                      <a:stretch>
                                        <a:fillRect/>
                                      </a:stretch>
                                    </pic:blipFill>
                                    <pic:spPr>
                                      <a:xfrm>
                                        <a:off x="0" y="0"/>
                                        <a:ext cx="546100" cy="88900"/>
                                      </a:xfrm>
                                      <a:prstGeom prst="rect"/>
                                    </pic:spPr>
                                  </pic:pic>
                                </a:graphicData>
                              </a:graphic>
                            </wp:inline>
                          </w:drawing>
                        </w:r>
                      </w:p>
                    </w:tc>
                  </w:tr>
                </w:tbl>
                <w:p>
                  <w:pPr>
                    <w:keepNext w:val="0"/>
                    <w:spacing w:before="0" w:after="0" w:line="20" w:lineRule="exact"/>
                  </w:pPr>
                  <w:r>
                    <w:rPr>
                      <w:sz w:val="2"/>
                    </w:rPr>
                  </w:r>
                </w:p>
              </w:tc>
              <w:tc>
                <w:tcPr>
                  <w:tcW w:type="dxa" w:w="2800"/>
                  <w:vAlign w:val="center"/>
                  <w:shd w:fill="FFFFFF"/>
                  <w:tcMar>
                    <w:top w:w="0" w:type="dxa"/>
                    <w:bottom w:w="0" w:type="dxa"/>
                    <w:left w:w="0" w:type="dxa"/>
                    <w:right w:w="0" w:type="dxa"/>
                  </w:tcMar>
                </w:tcPr>
                <w:p>
                  <w:pPr>
                    <w:keepNext w:val="0"/>
                    <w:spacing w:before="0" w:after="0" w:line="20" w:lineRule="exact"/>
                  </w:pPr>
                  <w:r>
                    <w:rPr>
                      <w:sz w:val="2"/>
                    </w:rPr>
                  </w:r>
                </w:p>
                <w:tbl>
                  <w:tblPr>
                    <w:tblW w:type="dxa" w:w="2740"/>
                    <w:jc w:val="center"/>
                    <w:tblLayout w:type="fixed"/>
                    <w:tblLook w:firstColumn="1" w:firstRow="1" w:lastColumn="0" w:lastRow="0" w:noHBand="0" w:noVBand="1" w:val="04A0"/>
                    <w:tblBorders>
                      <w:top w:val="nil"/>
                      <w:left w:val="nil"/>
                      <w:bottom w:val="nil"/>
                      <w:right w:val="nil"/>
                      <w:insideH w:val="nil"/>
                      <w:insideV w:val="nil"/>
                    </w:tblBorders>
                  </w:tblPr>
                  <w:tblGrid>
                    <w:gridCol w:w="2740"/>
                  </w:tblGrid>
                  <w:tr>
                    <w:tc>
                      <w:tcPr>
                        <w:tcW w:type="dxa" w:w="2740"/>
                        <w:vAlign w:val="center"/>
                        <w:shd w:fill="FFFFFF"/>
                        <w:tcMar>
                          <w:top w:w="0" w:type="dxa"/>
                          <w:bottom w:w="0" w:type="dxa"/>
                          <w:left w:w="0" w:type="dxa"/>
                          <w:right w:w="0" w:type="dxa"/>
                        </w:tcMar>
                      </w:tcPr>
                      <w:p>
                        <w:pPr>
                          <w:pStyle w:val="Artwork"/>
                          <w:keepNext/>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1739900" cy="88900"/>
                              <wp:docPr id="81" name="Picture 81" descr="cap 137.00 F8F7F3 7 FFFFFF top"/>
                              <wp:cNvGraphicFramePr>
                                <a:graphicFrameLocks noChangeAspect="1"/>
                              </wp:cNvGraphicFramePr>
                              <a:graphic>
                                <a:graphicData uri="http://schemas.openxmlformats.org/drawingml/2006/picture">
                                  <pic:pic>
                                    <pic:nvPicPr>
                                      <pic:cNvPr id="0" name="cap_137.00_F8F7F3_7_FFFFFF_top.png"/>
                                      <pic:cNvPicPr/>
                                    </pic:nvPicPr>
                                    <pic:blipFill>
                                      <a:blip r:embed="rId43"/>
                                      <a:stretch>
                                        <a:fillRect/>
                                      </a:stretch>
                                    </pic:blipFill>
                                    <pic:spPr>
                                      <a:xfrm>
                                        <a:off x="0" y="0"/>
                                        <a:ext cx="1739900" cy="88900"/>
                                      </a:xfrm>
                                      <a:prstGeom prst="rect"/>
                                    </pic:spPr>
                                  </pic:pic>
                                </a:graphicData>
                              </a:graphic>
                            </wp:inline>
                          </w:drawing>
                        </w:r>
                      </w:p>
                    </w:tc>
                  </w:tr>
                  <w:tr>
                    <w:trPr>
                      <w:trHeight w:val="660" w:hRule="atLeast"/>
                    </w:trPr>
                    <w:tc>
                      <w:tcPr>
                        <w:tcW w:type="dxa" w:w="2740"/>
                        <w:vAlign w:val="center"/>
                        <w:shd w:fill="F8F7F3"/>
                        <w:tcMar>
                          <w:top w:w="0" w:type="dxa"/>
                          <w:bottom w:w="0" w:type="dxa"/>
                          <w:left w:w="140" w:type="dxa"/>
                          <w:right w:w="140" w:type="dxa"/>
                        </w:tcMar>
                        <w:tcBorders>
                          <w:left w:val="single" w:sz="4" w:color="DED9CE"/>
                          <w:right w:val="single" w:sz="4" w:color="DED9CE"/>
                        </w:tcBorders>
                      </w:tcPr>
                      <w:p>
                        <w:pPr>
                          <w:keepNext w:val="0"/>
                          <w:spacing w:before="0" w:after="0" w:line="20" w:lineRule="exact"/>
                        </w:pPr>
                        <w:r>
                          <w:rPr>
                            <w:sz w:val="2"/>
                          </w:rPr>
                        </w:r>
                      </w:p>
                      <w:p>
                        <w:pPr>
                          <w:keepNext w:val="0"/>
                          <w:spacing w:before="0" w:after="0" w:line="298" w:lineRule="exact"/>
                        </w:pPr>
                        <w:r>
                          <w:rPr>
                            <w:rFonts w:ascii="DejaVu Sans" w:hAnsi="DejaVu Sans"/>
                            <w:b w:val="0"/>
                            <w:color w:val="677779"/>
                            <w:sz w:val="21"/>
                          </w:rPr>
                          <w:t>Type here</w:t>
                        </w:r>
                      </w:p>
                    </w:tc>
                  </w:tr>
                  <w:tr>
                    <w:tc>
                      <w:tcPr>
                        <w:tcW w:type="dxa" w:w="2740"/>
                        <w:vAlign w:val="center"/>
                        <w:shd w:fill="FFFFFF"/>
                        <w:tcMar>
                          <w:top w:w="0" w:type="dxa"/>
                          <w:bottom w:w="0" w:type="dxa"/>
                          <w:left w:w="0" w:type="dxa"/>
                          <w:right w:w="0" w:type="dxa"/>
                        </w:tcMar>
                      </w:tcPr>
                      <w:p>
                        <w:pPr>
                          <w:pStyle w:val="Artwork"/>
                          <w:keepNext w:val="0"/>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1739900" cy="88900"/>
                              <wp:docPr id="82" name="Picture 82" descr="cap 137.00 F8F7F3 7 FFFFFF bottom"/>
                              <wp:cNvGraphicFramePr>
                                <a:graphicFrameLocks noChangeAspect="1"/>
                              </wp:cNvGraphicFramePr>
                              <a:graphic>
                                <a:graphicData uri="http://schemas.openxmlformats.org/drawingml/2006/picture">
                                  <pic:pic>
                                    <pic:nvPicPr>
                                      <pic:cNvPr id="0" name="cap_137.00_F8F7F3_7_FFFFFF_bottom.png"/>
                                      <pic:cNvPicPr/>
                                    </pic:nvPicPr>
                                    <pic:blipFill>
                                      <a:blip r:embed="rId44"/>
                                      <a:stretch>
                                        <a:fillRect/>
                                      </a:stretch>
                                    </pic:blipFill>
                                    <pic:spPr>
                                      <a:xfrm>
                                        <a:off x="0" y="0"/>
                                        <a:ext cx="1739900" cy="88900"/>
                                      </a:xfrm>
                                      <a:prstGeom prst="rect"/>
                                    </pic:spPr>
                                  </pic:pic>
                                </a:graphicData>
                              </a:graphic>
                            </wp:inline>
                          </w:drawing>
                        </w:r>
                      </w:p>
                    </w:tc>
                  </w:tr>
                </w:tbl>
                <w:p>
                  <w:pPr>
                    <w:keepNext w:val="0"/>
                    <w:spacing w:before="0" w:after="0" w:line="20" w:lineRule="exact"/>
                  </w:pPr>
                  <w:r>
                    <w:rPr>
                      <w:sz w:val="2"/>
                    </w:rPr>
                  </w:r>
                </w:p>
              </w:tc>
              <w:tc>
                <w:tcPr>
                  <w:tcW w:type="dxa" w:w="2900"/>
                  <w:vAlign w:val="center"/>
                  <w:shd w:fill="FFFFFF"/>
                  <w:tcMar>
                    <w:top w:w="0" w:type="dxa"/>
                    <w:bottom w:w="0" w:type="dxa"/>
                    <w:left w:w="0" w:type="dxa"/>
                    <w:right w:w="0" w:type="dxa"/>
                  </w:tcMar>
                </w:tcPr>
                <w:p>
                  <w:pPr>
                    <w:keepNext w:val="0"/>
                    <w:spacing w:before="0" w:after="0" w:line="20" w:lineRule="exact"/>
                  </w:pPr>
                  <w:r>
                    <w:rPr>
                      <w:sz w:val="2"/>
                    </w:rPr>
                  </w:r>
                </w:p>
                <w:tbl>
                  <w:tblPr>
                    <w:tblW w:type="dxa" w:w="2840"/>
                    <w:jc w:val="center"/>
                    <w:tblLayout w:type="fixed"/>
                    <w:tblLook w:firstColumn="1" w:firstRow="1" w:lastColumn="0" w:lastRow="0" w:noHBand="0" w:noVBand="1" w:val="04A0"/>
                    <w:tblBorders>
                      <w:top w:val="nil"/>
                      <w:left w:val="nil"/>
                      <w:bottom w:val="nil"/>
                      <w:right w:val="nil"/>
                      <w:insideH w:val="nil"/>
                      <w:insideV w:val="nil"/>
                    </w:tblBorders>
                  </w:tblPr>
                  <w:tblGrid>
                    <w:gridCol w:w="2840"/>
                  </w:tblGrid>
                  <w:tr>
                    <w:tc>
                      <w:tcPr>
                        <w:tcW w:type="dxa" w:w="2840"/>
                        <w:vAlign w:val="center"/>
                        <w:shd w:fill="FFFFFF"/>
                        <w:tcMar>
                          <w:top w:w="0" w:type="dxa"/>
                          <w:bottom w:w="0" w:type="dxa"/>
                          <w:left w:w="0" w:type="dxa"/>
                          <w:right w:w="0" w:type="dxa"/>
                        </w:tcMar>
                      </w:tcPr>
                      <w:p>
                        <w:pPr>
                          <w:pStyle w:val="Artwork"/>
                          <w:keepNext/>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1803400" cy="88900"/>
                              <wp:docPr id="83" name="Picture 83" descr="cap 142.00 F8F7F3 7 FFFFFF top"/>
                              <wp:cNvGraphicFramePr>
                                <a:graphicFrameLocks noChangeAspect="1"/>
                              </wp:cNvGraphicFramePr>
                              <a:graphic>
                                <a:graphicData uri="http://schemas.openxmlformats.org/drawingml/2006/picture">
                                  <pic:pic>
                                    <pic:nvPicPr>
                                      <pic:cNvPr id="0" name="cap_142.00_F8F7F3_7_FFFFFF_top.png"/>
                                      <pic:cNvPicPr/>
                                    </pic:nvPicPr>
                                    <pic:blipFill>
                                      <a:blip r:embed="rId45"/>
                                      <a:stretch>
                                        <a:fillRect/>
                                      </a:stretch>
                                    </pic:blipFill>
                                    <pic:spPr>
                                      <a:xfrm>
                                        <a:off x="0" y="0"/>
                                        <a:ext cx="1803400" cy="88900"/>
                                      </a:xfrm>
                                      <a:prstGeom prst="rect"/>
                                    </pic:spPr>
                                  </pic:pic>
                                </a:graphicData>
                              </a:graphic>
                            </wp:inline>
                          </w:drawing>
                        </w:r>
                      </w:p>
                    </w:tc>
                  </w:tr>
                  <w:tr>
                    <w:trPr>
                      <w:trHeight w:val="660" w:hRule="atLeast"/>
                    </w:trPr>
                    <w:tc>
                      <w:tcPr>
                        <w:tcW w:type="dxa" w:w="2840"/>
                        <w:vAlign w:val="center"/>
                        <w:shd w:fill="F8F7F3"/>
                        <w:tcMar>
                          <w:top w:w="0" w:type="dxa"/>
                          <w:bottom w:w="0" w:type="dxa"/>
                          <w:left w:w="140" w:type="dxa"/>
                          <w:right w:w="140" w:type="dxa"/>
                        </w:tcMar>
                        <w:tcBorders>
                          <w:left w:val="single" w:sz="4" w:color="DED9CE"/>
                          <w:right w:val="single" w:sz="4" w:color="DED9CE"/>
                        </w:tcBorders>
                      </w:tcPr>
                      <w:p>
                        <w:pPr>
                          <w:keepNext w:val="0"/>
                          <w:spacing w:before="0" w:after="0" w:line="20" w:lineRule="exact"/>
                        </w:pPr>
                        <w:r>
                          <w:rPr>
                            <w:sz w:val="2"/>
                          </w:rPr>
                        </w:r>
                      </w:p>
                      <w:p>
                        <w:pPr>
                          <w:keepNext w:val="0"/>
                          <w:spacing w:before="0" w:after="0" w:line="298" w:lineRule="exact"/>
                        </w:pPr>
                        <w:r>
                          <w:rPr>
                            <w:rFonts w:ascii="DejaVu Sans" w:hAnsi="DejaVu Sans"/>
                            <w:b w:val="0"/>
                            <w:color w:val="677779"/>
                            <w:sz w:val="21"/>
                          </w:rPr>
                          <w:t>Type here</w:t>
                        </w:r>
                      </w:p>
                    </w:tc>
                  </w:tr>
                  <w:tr>
                    <w:tc>
                      <w:tcPr>
                        <w:tcW w:type="dxa" w:w="2840"/>
                        <w:vAlign w:val="center"/>
                        <w:shd w:fill="FFFFFF"/>
                        <w:tcMar>
                          <w:top w:w="0" w:type="dxa"/>
                          <w:bottom w:w="0" w:type="dxa"/>
                          <w:left w:w="0" w:type="dxa"/>
                          <w:right w:w="0" w:type="dxa"/>
                        </w:tcMar>
                      </w:tcPr>
                      <w:p>
                        <w:pPr>
                          <w:pStyle w:val="Artwork"/>
                          <w:keepNext w:val="0"/>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1803400" cy="88900"/>
                              <wp:docPr id="84" name="Picture 84" descr="cap 142.00 F8F7F3 7 FFFFFF bottom"/>
                              <wp:cNvGraphicFramePr>
                                <a:graphicFrameLocks noChangeAspect="1"/>
                              </wp:cNvGraphicFramePr>
                              <a:graphic>
                                <a:graphicData uri="http://schemas.openxmlformats.org/drawingml/2006/picture">
                                  <pic:pic>
                                    <pic:nvPicPr>
                                      <pic:cNvPr id="0" name="cap_142.00_F8F7F3_7_FFFFFF_bottom.png"/>
                                      <pic:cNvPicPr/>
                                    </pic:nvPicPr>
                                    <pic:blipFill>
                                      <a:blip r:embed="rId46"/>
                                      <a:stretch>
                                        <a:fillRect/>
                                      </a:stretch>
                                    </pic:blipFill>
                                    <pic:spPr>
                                      <a:xfrm>
                                        <a:off x="0" y="0"/>
                                        <a:ext cx="1803400" cy="88900"/>
                                      </a:xfrm>
                                      <a:prstGeom prst="rect"/>
                                    </pic:spPr>
                                  </pic:pic>
                                </a:graphicData>
                              </a:graphic>
                            </wp:inline>
                          </w:drawing>
                        </w:r>
                      </w:p>
                    </w:tc>
                  </w:tr>
                </w:tbl>
                <w:p>
                  <w:pPr>
                    <w:keepNext w:val="0"/>
                    <w:spacing w:before="0" w:after="0" w:line="20" w:lineRule="exact"/>
                  </w:pPr>
                  <w:r>
                    <w:rPr>
                      <w:sz w:val="2"/>
                    </w:rPr>
                  </w:r>
                </w:p>
              </w:tc>
              <w:tc>
                <w:tcPr>
                  <w:tcW w:type="dxa" w:w="2566"/>
                  <w:vAlign w:val="center"/>
                  <w:shd w:fill="FFFFFF"/>
                  <w:tcMar>
                    <w:top w:w="0" w:type="dxa"/>
                    <w:bottom w:w="0" w:type="dxa"/>
                    <w:left w:w="0" w:type="dxa"/>
                    <w:right w:w="0" w:type="dxa"/>
                  </w:tcMar>
                </w:tcPr>
                <w:p>
                  <w:pPr>
                    <w:keepNext w:val="0"/>
                    <w:spacing w:before="0" w:after="0" w:line="20" w:lineRule="exact"/>
                  </w:pPr>
                  <w:r>
                    <w:rPr>
                      <w:sz w:val="2"/>
                    </w:rPr>
                  </w:r>
                </w:p>
                <w:tbl>
                  <w:tblPr>
                    <w:tblW w:type="dxa" w:w="2506"/>
                    <w:jc w:val="center"/>
                    <w:tblLayout w:type="fixed"/>
                    <w:tblLook w:firstColumn="1" w:firstRow="1" w:lastColumn="0" w:lastRow="0" w:noHBand="0" w:noVBand="1" w:val="04A0"/>
                    <w:tblBorders>
                      <w:top w:val="nil"/>
                      <w:left w:val="nil"/>
                      <w:bottom w:val="nil"/>
                      <w:right w:val="nil"/>
                      <w:insideH w:val="nil"/>
                      <w:insideV w:val="nil"/>
                    </w:tblBorders>
                  </w:tblPr>
                  <w:tblGrid>
                    <w:gridCol w:w="2506"/>
                  </w:tblGrid>
                  <w:tr>
                    <w:tc>
                      <w:tcPr>
                        <w:tcW w:type="dxa" w:w="2506"/>
                        <w:vAlign w:val="center"/>
                        <w:shd w:fill="FFFFFF"/>
                        <w:tcMar>
                          <w:top w:w="0" w:type="dxa"/>
                          <w:bottom w:w="0" w:type="dxa"/>
                          <w:left w:w="0" w:type="dxa"/>
                          <w:right w:w="0" w:type="dxa"/>
                        </w:tcMar>
                      </w:tcPr>
                      <w:p>
                        <w:pPr>
                          <w:pStyle w:val="Artwork"/>
                          <w:keepNext/>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1590999" cy="88900"/>
                              <wp:docPr id="85" name="Picture 85" descr="cap 125.28 F8F7F3 7 FFFFFF top"/>
                              <wp:cNvGraphicFramePr>
                                <a:graphicFrameLocks noChangeAspect="1"/>
                              </wp:cNvGraphicFramePr>
                              <a:graphic>
                                <a:graphicData uri="http://schemas.openxmlformats.org/drawingml/2006/picture">
                                  <pic:pic>
                                    <pic:nvPicPr>
                                      <pic:cNvPr id="0" name="cap_125.28_F8F7F3_7_FFFFFF_top.png"/>
                                      <pic:cNvPicPr/>
                                    </pic:nvPicPr>
                                    <pic:blipFill>
                                      <a:blip r:embed="rId47"/>
                                      <a:stretch>
                                        <a:fillRect/>
                                      </a:stretch>
                                    </pic:blipFill>
                                    <pic:spPr>
                                      <a:xfrm>
                                        <a:off x="0" y="0"/>
                                        <a:ext cx="1590999" cy="88900"/>
                                      </a:xfrm>
                                      <a:prstGeom prst="rect"/>
                                    </pic:spPr>
                                  </pic:pic>
                                </a:graphicData>
                              </a:graphic>
                            </wp:inline>
                          </w:drawing>
                        </w:r>
                      </w:p>
                    </w:tc>
                  </w:tr>
                  <w:tr>
                    <w:trPr>
                      <w:trHeight w:val="660" w:hRule="atLeast"/>
                    </w:trPr>
                    <w:tc>
                      <w:tcPr>
                        <w:tcW w:type="dxa" w:w="2506"/>
                        <w:vAlign w:val="center"/>
                        <w:shd w:fill="F8F7F3"/>
                        <w:tcMar>
                          <w:top w:w="0" w:type="dxa"/>
                          <w:bottom w:w="0" w:type="dxa"/>
                          <w:left w:w="140" w:type="dxa"/>
                          <w:right w:w="140" w:type="dxa"/>
                        </w:tcMar>
                        <w:tcBorders>
                          <w:left w:val="single" w:sz="4" w:color="DED9CE"/>
                          <w:right w:val="single" w:sz="4" w:color="DED9CE"/>
                        </w:tcBorders>
                      </w:tcPr>
                      <w:p>
                        <w:pPr>
                          <w:keepNext w:val="0"/>
                          <w:spacing w:before="0" w:after="0" w:line="20" w:lineRule="exact"/>
                        </w:pPr>
                        <w:r>
                          <w:rPr>
                            <w:sz w:val="2"/>
                          </w:rPr>
                        </w:r>
                      </w:p>
                      <w:p>
                        <w:pPr>
                          <w:keepNext w:val="0"/>
                          <w:spacing w:before="0" w:after="0" w:line="298" w:lineRule="exact"/>
                        </w:pPr>
                        <w:r>
                          <w:rPr>
                            <w:rFonts w:ascii="DejaVu Sans" w:hAnsi="DejaVu Sans"/>
                            <w:b w:val="0"/>
                            <w:color w:val="677779"/>
                            <w:sz w:val="21"/>
                          </w:rPr>
                          <w:t>Type here</w:t>
                        </w:r>
                      </w:p>
                    </w:tc>
                  </w:tr>
                  <w:tr>
                    <w:tc>
                      <w:tcPr>
                        <w:tcW w:type="dxa" w:w="2506"/>
                        <w:vAlign w:val="center"/>
                        <w:shd w:fill="FFFFFF"/>
                        <w:tcMar>
                          <w:top w:w="0" w:type="dxa"/>
                          <w:bottom w:w="0" w:type="dxa"/>
                          <w:left w:w="0" w:type="dxa"/>
                          <w:right w:w="0" w:type="dxa"/>
                        </w:tcMar>
                      </w:tcPr>
                      <w:p>
                        <w:pPr>
                          <w:pStyle w:val="Artwork"/>
                          <w:keepNext w:val="0"/>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1590999" cy="88900"/>
                              <wp:docPr id="86" name="Picture 86" descr="cap 125.28 F8F7F3 7 FFFFFF bottom"/>
                              <wp:cNvGraphicFramePr>
                                <a:graphicFrameLocks noChangeAspect="1"/>
                              </wp:cNvGraphicFramePr>
                              <a:graphic>
                                <a:graphicData uri="http://schemas.openxmlformats.org/drawingml/2006/picture">
                                  <pic:pic>
                                    <pic:nvPicPr>
                                      <pic:cNvPr id="0" name="cap_125.28_F8F7F3_7_FFFFFF_bottom.png"/>
                                      <pic:cNvPicPr/>
                                    </pic:nvPicPr>
                                    <pic:blipFill>
                                      <a:blip r:embed="rId48"/>
                                      <a:stretch>
                                        <a:fillRect/>
                                      </a:stretch>
                                    </pic:blipFill>
                                    <pic:spPr>
                                      <a:xfrm>
                                        <a:off x="0" y="0"/>
                                        <a:ext cx="1590999" cy="88900"/>
                                      </a:xfrm>
                                      <a:prstGeom prst="rect"/>
                                    </pic:spPr>
                                  </pic:pic>
                                </a:graphicData>
                              </a:graphic>
                            </wp:inline>
                          </w:drawing>
                        </w:r>
                      </w:p>
                    </w:tc>
                  </w:tr>
                </w:tbl>
                <w:p>
                  <w:pPr>
                    <w:keepNext w:val="0"/>
                    <w:spacing w:before="0" w:after="0" w:line="20" w:lineRule="exact"/>
                  </w:pPr>
                  <w:r>
                    <w:rPr>
                      <w:sz w:val="2"/>
                    </w:rPr>
                  </w:r>
                </w:p>
              </w:tc>
            </w:tr>
            <w:tr>
              <w:trPr>
                <w:trHeight w:val="1020" w:hRule="atLeast"/>
              </w:trPr>
              <w:tc>
                <w:tcPr>
                  <w:tcW w:type="dxa" w:w="920"/>
                  <w:vAlign w:val="center"/>
                  <w:shd w:fill="FFFFFF"/>
                  <w:tcMar>
                    <w:top w:w="0" w:type="dxa"/>
                    <w:bottom w:w="0" w:type="dxa"/>
                    <w:left w:w="0" w:type="dxa"/>
                    <w:right w:w="0" w:type="dxa"/>
                  </w:tcMar>
                </w:tcPr>
                <w:p>
                  <w:pPr>
                    <w:keepNext w:val="0"/>
                    <w:spacing w:before="0" w:after="0" w:line="20" w:lineRule="exact"/>
                  </w:pPr>
                  <w:r>
                    <w:rPr>
                      <w:sz w:val="2"/>
                    </w:rPr>
                  </w:r>
                </w:p>
                <w:tbl>
                  <w:tblPr>
                    <w:tblW w:type="dxa" w:w="860"/>
                    <w:jc w:val="center"/>
                    <w:tblLayout w:type="fixed"/>
                    <w:tblLook w:firstColumn="1" w:firstRow="1" w:lastColumn="0" w:lastRow="0" w:noHBand="0" w:noVBand="1" w:val="04A0"/>
                    <w:tblBorders>
                      <w:top w:val="nil"/>
                      <w:left w:val="nil"/>
                      <w:bottom w:val="nil"/>
                      <w:right w:val="nil"/>
                      <w:insideH w:val="nil"/>
                      <w:insideV w:val="nil"/>
                    </w:tblBorders>
                  </w:tblPr>
                  <w:tblGrid>
                    <w:gridCol w:w="860"/>
                  </w:tblGrid>
                  <w:tr>
                    <w:tc>
                      <w:tcPr>
                        <w:tcW w:type="dxa" w:w="860"/>
                        <w:vAlign w:val="center"/>
                        <w:shd w:fill="FFFFFF"/>
                        <w:tcMar>
                          <w:top w:w="0" w:type="dxa"/>
                          <w:bottom w:w="0" w:type="dxa"/>
                          <w:left w:w="0" w:type="dxa"/>
                          <w:right w:w="0" w:type="dxa"/>
                        </w:tcMar>
                      </w:tcPr>
                      <w:p>
                        <w:pPr>
                          <w:pStyle w:val="Artwork"/>
                          <w:keepNext/>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546100" cy="88900"/>
                              <wp:docPr id="87" name="Picture 87" descr="cap 43.00 FFFFFF 7 FFFFFF top"/>
                              <wp:cNvGraphicFramePr>
                                <a:graphicFrameLocks noChangeAspect="1"/>
                              </wp:cNvGraphicFramePr>
                              <a:graphic>
                                <a:graphicData uri="http://schemas.openxmlformats.org/drawingml/2006/picture">
                                  <pic:pic>
                                    <pic:nvPicPr>
                                      <pic:cNvPr id="0" name="cap_43.00_FFFFFF_7_FFFFFF_top.png"/>
                                      <pic:cNvPicPr/>
                                    </pic:nvPicPr>
                                    <pic:blipFill>
                                      <a:blip r:embed="rId49"/>
                                      <a:stretch>
                                        <a:fillRect/>
                                      </a:stretch>
                                    </pic:blipFill>
                                    <pic:spPr>
                                      <a:xfrm>
                                        <a:off x="0" y="0"/>
                                        <a:ext cx="546100" cy="88900"/>
                                      </a:xfrm>
                                      <a:prstGeom prst="rect"/>
                                    </pic:spPr>
                                  </pic:pic>
                                </a:graphicData>
                              </a:graphic>
                            </wp:inline>
                          </w:drawing>
                        </w:r>
                      </w:p>
                    </w:tc>
                  </w:tr>
                  <w:tr>
                    <w:trPr>
                      <w:trHeight w:val="660" w:hRule="atLeast"/>
                    </w:trPr>
                    <w:tc>
                      <w:tcPr>
                        <w:tcW w:type="dxa" w:w="860"/>
                        <w:vAlign w:val="center"/>
                        <w:shd w:fill="FFFFFF"/>
                        <w:tcMar>
                          <w:top w:w="0" w:type="dxa"/>
                          <w:bottom w:w="0" w:type="dxa"/>
                          <w:left w:w="140" w:type="dxa"/>
                          <w:right w:w="140" w:type="dxa"/>
                        </w:tcMar>
                        <w:tcBorders>
                          <w:left w:val="single" w:sz="4" w:color="DED9CE"/>
                          <w:right w:val="single" w:sz="4" w:color="DED9CE"/>
                        </w:tcBorders>
                      </w:tcPr>
                      <w:p>
                        <w:pPr>
                          <w:keepNext w:val="0"/>
                          <w:spacing w:before="0" w:after="0" w:line="20" w:lineRule="exact"/>
                        </w:pPr>
                        <w:r>
                          <w:rPr>
                            <w:sz w:val="2"/>
                          </w:rPr>
                        </w:r>
                      </w:p>
                      <w:p>
                        <w:pPr>
                          <w:keepNext w:val="0"/>
                          <w:spacing w:before="0" w:after="0" w:line="298" w:lineRule="exact"/>
                        </w:pPr>
                        <w:r>
                          <w:rPr>
                            <w:rFonts w:ascii="DejaVu Sans" w:hAnsi="DejaVu Sans"/>
                            <w:b w:val="0"/>
                            <w:color w:val="192A2C"/>
                            <w:sz w:val="21"/>
                          </w:rPr>
                          <w:t>Sat</w:t>
                        </w:r>
                      </w:p>
                    </w:tc>
                  </w:tr>
                  <w:tr>
                    <w:tc>
                      <w:tcPr>
                        <w:tcW w:type="dxa" w:w="860"/>
                        <w:vAlign w:val="center"/>
                        <w:shd w:fill="FFFFFF"/>
                        <w:tcMar>
                          <w:top w:w="0" w:type="dxa"/>
                          <w:bottom w:w="0" w:type="dxa"/>
                          <w:left w:w="0" w:type="dxa"/>
                          <w:right w:w="0" w:type="dxa"/>
                        </w:tcMar>
                      </w:tcPr>
                      <w:p>
                        <w:pPr>
                          <w:pStyle w:val="Artwork"/>
                          <w:keepNext w:val="0"/>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546100" cy="88900"/>
                              <wp:docPr id="88" name="Picture 88" descr="cap 43.00 FFFFFF 7 FFFFFF bottom"/>
                              <wp:cNvGraphicFramePr>
                                <a:graphicFrameLocks noChangeAspect="1"/>
                              </wp:cNvGraphicFramePr>
                              <a:graphic>
                                <a:graphicData uri="http://schemas.openxmlformats.org/drawingml/2006/picture">
                                  <pic:pic>
                                    <pic:nvPicPr>
                                      <pic:cNvPr id="0" name="cap_43.00_FFFFFF_7_FFFFFF_bottom.png"/>
                                      <pic:cNvPicPr/>
                                    </pic:nvPicPr>
                                    <pic:blipFill>
                                      <a:blip r:embed="rId50"/>
                                      <a:stretch>
                                        <a:fillRect/>
                                      </a:stretch>
                                    </pic:blipFill>
                                    <pic:spPr>
                                      <a:xfrm>
                                        <a:off x="0" y="0"/>
                                        <a:ext cx="546100" cy="88900"/>
                                      </a:xfrm>
                                      <a:prstGeom prst="rect"/>
                                    </pic:spPr>
                                  </pic:pic>
                                </a:graphicData>
                              </a:graphic>
                            </wp:inline>
                          </w:drawing>
                        </w:r>
                      </w:p>
                    </w:tc>
                  </w:tr>
                </w:tbl>
                <w:p>
                  <w:pPr>
                    <w:keepNext w:val="0"/>
                    <w:spacing w:before="0" w:after="0" w:line="20" w:lineRule="exact"/>
                  </w:pPr>
                  <w:r>
                    <w:rPr>
                      <w:sz w:val="2"/>
                    </w:rPr>
                  </w:r>
                </w:p>
              </w:tc>
              <w:tc>
                <w:tcPr>
                  <w:tcW w:type="dxa" w:w="2800"/>
                  <w:vAlign w:val="center"/>
                  <w:shd w:fill="FFFFFF"/>
                  <w:tcMar>
                    <w:top w:w="0" w:type="dxa"/>
                    <w:bottom w:w="0" w:type="dxa"/>
                    <w:left w:w="0" w:type="dxa"/>
                    <w:right w:w="0" w:type="dxa"/>
                  </w:tcMar>
                </w:tcPr>
                <w:p>
                  <w:pPr>
                    <w:keepNext w:val="0"/>
                    <w:spacing w:before="0" w:after="0" w:line="20" w:lineRule="exact"/>
                  </w:pPr>
                  <w:r>
                    <w:rPr>
                      <w:sz w:val="2"/>
                    </w:rPr>
                  </w:r>
                </w:p>
                <w:tbl>
                  <w:tblPr>
                    <w:tblW w:type="dxa" w:w="2740"/>
                    <w:jc w:val="center"/>
                    <w:tblLayout w:type="fixed"/>
                    <w:tblLook w:firstColumn="1" w:firstRow="1" w:lastColumn="0" w:lastRow="0" w:noHBand="0" w:noVBand="1" w:val="04A0"/>
                    <w:tblBorders>
                      <w:top w:val="nil"/>
                      <w:left w:val="nil"/>
                      <w:bottom w:val="nil"/>
                      <w:right w:val="nil"/>
                      <w:insideH w:val="nil"/>
                      <w:insideV w:val="nil"/>
                    </w:tblBorders>
                  </w:tblPr>
                  <w:tblGrid>
                    <w:gridCol w:w="2740"/>
                  </w:tblGrid>
                  <w:tr>
                    <w:tc>
                      <w:tcPr>
                        <w:tcW w:type="dxa" w:w="2740"/>
                        <w:vAlign w:val="center"/>
                        <w:shd w:fill="FFFFFF"/>
                        <w:tcMar>
                          <w:top w:w="0" w:type="dxa"/>
                          <w:bottom w:w="0" w:type="dxa"/>
                          <w:left w:w="0" w:type="dxa"/>
                          <w:right w:w="0" w:type="dxa"/>
                        </w:tcMar>
                      </w:tcPr>
                      <w:p>
                        <w:pPr>
                          <w:pStyle w:val="Artwork"/>
                          <w:keepNext/>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1739900" cy="88900"/>
                              <wp:docPr id="89" name="Picture 89" descr="cap 137.00 FFFFFF 7 FFFFFF top"/>
                              <wp:cNvGraphicFramePr>
                                <a:graphicFrameLocks noChangeAspect="1"/>
                              </wp:cNvGraphicFramePr>
                              <a:graphic>
                                <a:graphicData uri="http://schemas.openxmlformats.org/drawingml/2006/picture">
                                  <pic:pic>
                                    <pic:nvPicPr>
                                      <pic:cNvPr id="0" name="cap_137.00_FFFFFF_7_FFFFFF_top.png"/>
                                      <pic:cNvPicPr/>
                                    </pic:nvPicPr>
                                    <pic:blipFill>
                                      <a:blip r:embed="rId51"/>
                                      <a:stretch>
                                        <a:fillRect/>
                                      </a:stretch>
                                    </pic:blipFill>
                                    <pic:spPr>
                                      <a:xfrm>
                                        <a:off x="0" y="0"/>
                                        <a:ext cx="1739900" cy="88900"/>
                                      </a:xfrm>
                                      <a:prstGeom prst="rect"/>
                                    </pic:spPr>
                                  </pic:pic>
                                </a:graphicData>
                              </a:graphic>
                            </wp:inline>
                          </w:drawing>
                        </w:r>
                      </w:p>
                    </w:tc>
                  </w:tr>
                  <w:tr>
                    <w:trPr>
                      <w:trHeight w:val="660" w:hRule="atLeast"/>
                    </w:trPr>
                    <w:tc>
                      <w:tcPr>
                        <w:tcW w:type="dxa" w:w="2740"/>
                        <w:vAlign w:val="center"/>
                        <w:shd w:fill="FFFFFF"/>
                        <w:tcMar>
                          <w:top w:w="0" w:type="dxa"/>
                          <w:bottom w:w="0" w:type="dxa"/>
                          <w:left w:w="140" w:type="dxa"/>
                          <w:right w:w="140" w:type="dxa"/>
                        </w:tcMar>
                        <w:tcBorders>
                          <w:left w:val="single" w:sz="4" w:color="DED9CE"/>
                          <w:right w:val="single" w:sz="4" w:color="DED9CE"/>
                        </w:tcBorders>
                      </w:tcPr>
                      <w:p>
                        <w:pPr>
                          <w:keepNext w:val="0"/>
                          <w:spacing w:before="0" w:after="0" w:line="20" w:lineRule="exact"/>
                        </w:pPr>
                        <w:r>
                          <w:rPr>
                            <w:sz w:val="2"/>
                          </w:rPr>
                        </w:r>
                      </w:p>
                      <w:p>
                        <w:pPr>
                          <w:keepNext w:val="0"/>
                          <w:spacing w:before="0" w:after="0" w:line="298" w:lineRule="exact"/>
                        </w:pPr>
                        <w:r>
                          <w:rPr>
                            <w:rFonts w:ascii="DejaVu Sans" w:hAnsi="DejaVu Sans"/>
                            <w:b w:val="0"/>
                            <w:color w:val="677779"/>
                            <w:sz w:val="21"/>
                          </w:rPr>
                          <w:t>Type here</w:t>
                        </w:r>
                      </w:p>
                    </w:tc>
                  </w:tr>
                  <w:tr>
                    <w:tc>
                      <w:tcPr>
                        <w:tcW w:type="dxa" w:w="2740"/>
                        <w:vAlign w:val="center"/>
                        <w:shd w:fill="FFFFFF"/>
                        <w:tcMar>
                          <w:top w:w="0" w:type="dxa"/>
                          <w:bottom w:w="0" w:type="dxa"/>
                          <w:left w:w="0" w:type="dxa"/>
                          <w:right w:w="0" w:type="dxa"/>
                        </w:tcMar>
                      </w:tcPr>
                      <w:p>
                        <w:pPr>
                          <w:pStyle w:val="Artwork"/>
                          <w:keepNext w:val="0"/>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1739900" cy="88900"/>
                              <wp:docPr id="90" name="Picture 90" descr="cap 137.00 FFFFFF 7 FFFFFF bottom"/>
                              <wp:cNvGraphicFramePr>
                                <a:graphicFrameLocks noChangeAspect="1"/>
                              </wp:cNvGraphicFramePr>
                              <a:graphic>
                                <a:graphicData uri="http://schemas.openxmlformats.org/drawingml/2006/picture">
                                  <pic:pic>
                                    <pic:nvPicPr>
                                      <pic:cNvPr id="0" name="cap_137.00_FFFFFF_7_FFFFFF_bottom.png"/>
                                      <pic:cNvPicPr/>
                                    </pic:nvPicPr>
                                    <pic:blipFill>
                                      <a:blip r:embed="rId52"/>
                                      <a:stretch>
                                        <a:fillRect/>
                                      </a:stretch>
                                    </pic:blipFill>
                                    <pic:spPr>
                                      <a:xfrm>
                                        <a:off x="0" y="0"/>
                                        <a:ext cx="1739900" cy="88900"/>
                                      </a:xfrm>
                                      <a:prstGeom prst="rect"/>
                                    </pic:spPr>
                                  </pic:pic>
                                </a:graphicData>
                              </a:graphic>
                            </wp:inline>
                          </w:drawing>
                        </w:r>
                      </w:p>
                    </w:tc>
                  </w:tr>
                </w:tbl>
                <w:p>
                  <w:pPr>
                    <w:keepNext w:val="0"/>
                    <w:spacing w:before="0" w:after="0" w:line="20" w:lineRule="exact"/>
                  </w:pPr>
                  <w:r>
                    <w:rPr>
                      <w:sz w:val="2"/>
                    </w:rPr>
                  </w:r>
                </w:p>
              </w:tc>
              <w:tc>
                <w:tcPr>
                  <w:tcW w:type="dxa" w:w="2900"/>
                  <w:vAlign w:val="center"/>
                  <w:shd w:fill="FFFFFF"/>
                  <w:tcMar>
                    <w:top w:w="0" w:type="dxa"/>
                    <w:bottom w:w="0" w:type="dxa"/>
                    <w:left w:w="0" w:type="dxa"/>
                    <w:right w:w="0" w:type="dxa"/>
                  </w:tcMar>
                </w:tcPr>
                <w:p>
                  <w:pPr>
                    <w:keepNext w:val="0"/>
                    <w:spacing w:before="0" w:after="0" w:line="20" w:lineRule="exact"/>
                  </w:pPr>
                  <w:r>
                    <w:rPr>
                      <w:sz w:val="2"/>
                    </w:rPr>
                  </w:r>
                </w:p>
                <w:tbl>
                  <w:tblPr>
                    <w:tblW w:type="dxa" w:w="2840"/>
                    <w:jc w:val="center"/>
                    <w:tblLayout w:type="fixed"/>
                    <w:tblLook w:firstColumn="1" w:firstRow="1" w:lastColumn="0" w:lastRow="0" w:noHBand="0" w:noVBand="1" w:val="04A0"/>
                    <w:tblBorders>
                      <w:top w:val="nil"/>
                      <w:left w:val="nil"/>
                      <w:bottom w:val="nil"/>
                      <w:right w:val="nil"/>
                      <w:insideH w:val="nil"/>
                      <w:insideV w:val="nil"/>
                    </w:tblBorders>
                  </w:tblPr>
                  <w:tblGrid>
                    <w:gridCol w:w="2840"/>
                  </w:tblGrid>
                  <w:tr>
                    <w:tc>
                      <w:tcPr>
                        <w:tcW w:type="dxa" w:w="2840"/>
                        <w:vAlign w:val="center"/>
                        <w:shd w:fill="FFFFFF"/>
                        <w:tcMar>
                          <w:top w:w="0" w:type="dxa"/>
                          <w:bottom w:w="0" w:type="dxa"/>
                          <w:left w:w="0" w:type="dxa"/>
                          <w:right w:w="0" w:type="dxa"/>
                        </w:tcMar>
                      </w:tcPr>
                      <w:p>
                        <w:pPr>
                          <w:pStyle w:val="Artwork"/>
                          <w:keepNext/>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1803400" cy="88900"/>
                              <wp:docPr id="91" name="Picture 91" descr="cap 142.00 FFFFFF 7 FFFFFF top"/>
                              <wp:cNvGraphicFramePr>
                                <a:graphicFrameLocks noChangeAspect="1"/>
                              </wp:cNvGraphicFramePr>
                              <a:graphic>
                                <a:graphicData uri="http://schemas.openxmlformats.org/drawingml/2006/picture">
                                  <pic:pic>
                                    <pic:nvPicPr>
                                      <pic:cNvPr id="0" name="cap_142.00_FFFFFF_7_FFFFFF_top.png"/>
                                      <pic:cNvPicPr/>
                                    </pic:nvPicPr>
                                    <pic:blipFill>
                                      <a:blip r:embed="rId53"/>
                                      <a:stretch>
                                        <a:fillRect/>
                                      </a:stretch>
                                    </pic:blipFill>
                                    <pic:spPr>
                                      <a:xfrm>
                                        <a:off x="0" y="0"/>
                                        <a:ext cx="1803400" cy="88900"/>
                                      </a:xfrm>
                                      <a:prstGeom prst="rect"/>
                                    </pic:spPr>
                                  </pic:pic>
                                </a:graphicData>
                              </a:graphic>
                            </wp:inline>
                          </w:drawing>
                        </w:r>
                      </w:p>
                    </w:tc>
                  </w:tr>
                  <w:tr>
                    <w:trPr>
                      <w:trHeight w:val="660" w:hRule="atLeast"/>
                    </w:trPr>
                    <w:tc>
                      <w:tcPr>
                        <w:tcW w:type="dxa" w:w="2840"/>
                        <w:vAlign w:val="center"/>
                        <w:shd w:fill="FFFFFF"/>
                        <w:tcMar>
                          <w:top w:w="0" w:type="dxa"/>
                          <w:bottom w:w="0" w:type="dxa"/>
                          <w:left w:w="140" w:type="dxa"/>
                          <w:right w:w="140" w:type="dxa"/>
                        </w:tcMar>
                        <w:tcBorders>
                          <w:left w:val="single" w:sz="4" w:color="DED9CE"/>
                          <w:right w:val="single" w:sz="4" w:color="DED9CE"/>
                        </w:tcBorders>
                      </w:tcPr>
                      <w:p>
                        <w:pPr>
                          <w:keepNext w:val="0"/>
                          <w:spacing w:before="0" w:after="0" w:line="20" w:lineRule="exact"/>
                        </w:pPr>
                        <w:r>
                          <w:rPr>
                            <w:sz w:val="2"/>
                          </w:rPr>
                        </w:r>
                      </w:p>
                      <w:p>
                        <w:pPr>
                          <w:keepNext w:val="0"/>
                          <w:spacing w:before="0" w:after="0" w:line="298" w:lineRule="exact"/>
                        </w:pPr>
                        <w:r>
                          <w:rPr>
                            <w:rFonts w:ascii="DejaVu Sans" w:hAnsi="DejaVu Sans"/>
                            <w:b w:val="0"/>
                            <w:color w:val="677779"/>
                            <w:sz w:val="21"/>
                          </w:rPr>
                          <w:t>Type here</w:t>
                        </w:r>
                      </w:p>
                    </w:tc>
                  </w:tr>
                  <w:tr>
                    <w:tc>
                      <w:tcPr>
                        <w:tcW w:type="dxa" w:w="2840"/>
                        <w:vAlign w:val="center"/>
                        <w:shd w:fill="FFFFFF"/>
                        <w:tcMar>
                          <w:top w:w="0" w:type="dxa"/>
                          <w:bottom w:w="0" w:type="dxa"/>
                          <w:left w:w="0" w:type="dxa"/>
                          <w:right w:w="0" w:type="dxa"/>
                        </w:tcMar>
                      </w:tcPr>
                      <w:p>
                        <w:pPr>
                          <w:pStyle w:val="Artwork"/>
                          <w:keepNext w:val="0"/>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1803400" cy="88900"/>
                              <wp:docPr id="92" name="Picture 92" descr="cap 142.00 FFFFFF 7 FFFFFF bottom"/>
                              <wp:cNvGraphicFramePr>
                                <a:graphicFrameLocks noChangeAspect="1"/>
                              </wp:cNvGraphicFramePr>
                              <a:graphic>
                                <a:graphicData uri="http://schemas.openxmlformats.org/drawingml/2006/picture">
                                  <pic:pic>
                                    <pic:nvPicPr>
                                      <pic:cNvPr id="0" name="cap_142.00_FFFFFF_7_FFFFFF_bottom.png"/>
                                      <pic:cNvPicPr/>
                                    </pic:nvPicPr>
                                    <pic:blipFill>
                                      <a:blip r:embed="rId54"/>
                                      <a:stretch>
                                        <a:fillRect/>
                                      </a:stretch>
                                    </pic:blipFill>
                                    <pic:spPr>
                                      <a:xfrm>
                                        <a:off x="0" y="0"/>
                                        <a:ext cx="1803400" cy="88900"/>
                                      </a:xfrm>
                                      <a:prstGeom prst="rect"/>
                                    </pic:spPr>
                                  </pic:pic>
                                </a:graphicData>
                              </a:graphic>
                            </wp:inline>
                          </w:drawing>
                        </w:r>
                      </w:p>
                    </w:tc>
                  </w:tr>
                </w:tbl>
                <w:p>
                  <w:pPr>
                    <w:keepNext w:val="0"/>
                    <w:spacing w:before="0" w:after="0" w:line="20" w:lineRule="exact"/>
                  </w:pPr>
                  <w:r>
                    <w:rPr>
                      <w:sz w:val="2"/>
                    </w:rPr>
                  </w:r>
                </w:p>
              </w:tc>
              <w:tc>
                <w:tcPr>
                  <w:tcW w:type="dxa" w:w="2566"/>
                  <w:vAlign w:val="center"/>
                  <w:shd w:fill="FFFFFF"/>
                  <w:tcMar>
                    <w:top w:w="0" w:type="dxa"/>
                    <w:bottom w:w="0" w:type="dxa"/>
                    <w:left w:w="0" w:type="dxa"/>
                    <w:right w:w="0" w:type="dxa"/>
                  </w:tcMar>
                </w:tcPr>
                <w:p>
                  <w:pPr>
                    <w:keepNext w:val="0"/>
                    <w:spacing w:before="0" w:after="0" w:line="20" w:lineRule="exact"/>
                  </w:pPr>
                  <w:r>
                    <w:rPr>
                      <w:sz w:val="2"/>
                    </w:rPr>
                  </w:r>
                </w:p>
                <w:tbl>
                  <w:tblPr>
                    <w:tblW w:type="dxa" w:w="2506"/>
                    <w:jc w:val="center"/>
                    <w:tblLayout w:type="fixed"/>
                    <w:tblLook w:firstColumn="1" w:firstRow="1" w:lastColumn="0" w:lastRow="0" w:noHBand="0" w:noVBand="1" w:val="04A0"/>
                    <w:tblBorders>
                      <w:top w:val="nil"/>
                      <w:left w:val="nil"/>
                      <w:bottom w:val="nil"/>
                      <w:right w:val="nil"/>
                      <w:insideH w:val="nil"/>
                      <w:insideV w:val="nil"/>
                    </w:tblBorders>
                  </w:tblPr>
                  <w:tblGrid>
                    <w:gridCol w:w="2506"/>
                  </w:tblGrid>
                  <w:tr>
                    <w:tc>
                      <w:tcPr>
                        <w:tcW w:type="dxa" w:w="2506"/>
                        <w:vAlign w:val="center"/>
                        <w:shd w:fill="FFFFFF"/>
                        <w:tcMar>
                          <w:top w:w="0" w:type="dxa"/>
                          <w:bottom w:w="0" w:type="dxa"/>
                          <w:left w:w="0" w:type="dxa"/>
                          <w:right w:w="0" w:type="dxa"/>
                        </w:tcMar>
                      </w:tcPr>
                      <w:p>
                        <w:pPr>
                          <w:pStyle w:val="Artwork"/>
                          <w:keepNext/>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1590999" cy="88900"/>
                              <wp:docPr id="93" name="Picture 93" descr="cap 125.28 FFFFFF 7 FFFFFF top"/>
                              <wp:cNvGraphicFramePr>
                                <a:graphicFrameLocks noChangeAspect="1"/>
                              </wp:cNvGraphicFramePr>
                              <a:graphic>
                                <a:graphicData uri="http://schemas.openxmlformats.org/drawingml/2006/picture">
                                  <pic:pic>
                                    <pic:nvPicPr>
                                      <pic:cNvPr id="0" name="cap_125.28_FFFFFF_7_FFFFFF_top.png"/>
                                      <pic:cNvPicPr/>
                                    </pic:nvPicPr>
                                    <pic:blipFill>
                                      <a:blip r:embed="rId55"/>
                                      <a:stretch>
                                        <a:fillRect/>
                                      </a:stretch>
                                    </pic:blipFill>
                                    <pic:spPr>
                                      <a:xfrm>
                                        <a:off x="0" y="0"/>
                                        <a:ext cx="1590999" cy="88900"/>
                                      </a:xfrm>
                                      <a:prstGeom prst="rect"/>
                                    </pic:spPr>
                                  </pic:pic>
                                </a:graphicData>
                              </a:graphic>
                            </wp:inline>
                          </w:drawing>
                        </w:r>
                      </w:p>
                    </w:tc>
                  </w:tr>
                  <w:tr>
                    <w:trPr>
                      <w:trHeight w:val="660" w:hRule="atLeast"/>
                    </w:trPr>
                    <w:tc>
                      <w:tcPr>
                        <w:tcW w:type="dxa" w:w="2506"/>
                        <w:vAlign w:val="center"/>
                        <w:shd w:fill="FFFFFF"/>
                        <w:tcMar>
                          <w:top w:w="0" w:type="dxa"/>
                          <w:bottom w:w="0" w:type="dxa"/>
                          <w:left w:w="140" w:type="dxa"/>
                          <w:right w:w="140" w:type="dxa"/>
                        </w:tcMar>
                        <w:tcBorders>
                          <w:left w:val="single" w:sz="4" w:color="DED9CE"/>
                          <w:right w:val="single" w:sz="4" w:color="DED9CE"/>
                        </w:tcBorders>
                      </w:tcPr>
                      <w:p>
                        <w:pPr>
                          <w:keepNext w:val="0"/>
                          <w:spacing w:before="0" w:after="0" w:line="20" w:lineRule="exact"/>
                        </w:pPr>
                        <w:r>
                          <w:rPr>
                            <w:sz w:val="2"/>
                          </w:rPr>
                        </w:r>
                      </w:p>
                      <w:p>
                        <w:pPr>
                          <w:keepNext w:val="0"/>
                          <w:spacing w:before="0" w:after="0" w:line="298" w:lineRule="exact"/>
                        </w:pPr>
                        <w:r>
                          <w:rPr>
                            <w:rFonts w:ascii="DejaVu Sans" w:hAnsi="DejaVu Sans"/>
                            <w:b w:val="0"/>
                            <w:color w:val="677779"/>
                            <w:sz w:val="21"/>
                          </w:rPr>
                          <w:t>Type here</w:t>
                        </w:r>
                      </w:p>
                    </w:tc>
                  </w:tr>
                  <w:tr>
                    <w:tc>
                      <w:tcPr>
                        <w:tcW w:type="dxa" w:w="2506"/>
                        <w:vAlign w:val="center"/>
                        <w:shd w:fill="FFFFFF"/>
                        <w:tcMar>
                          <w:top w:w="0" w:type="dxa"/>
                          <w:bottom w:w="0" w:type="dxa"/>
                          <w:left w:w="0" w:type="dxa"/>
                          <w:right w:w="0" w:type="dxa"/>
                        </w:tcMar>
                      </w:tcPr>
                      <w:p>
                        <w:pPr>
                          <w:pStyle w:val="Artwork"/>
                          <w:keepNext w:val="0"/>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1590999" cy="88900"/>
                              <wp:docPr id="94" name="Picture 94" descr="cap 125.28 FFFFFF 7 FFFFFF bottom"/>
                              <wp:cNvGraphicFramePr>
                                <a:graphicFrameLocks noChangeAspect="1"/>
                              </wp:cNvGraphicFramePr>
                              <a:graphic>
                                <a:graphicData uri="http://schemas.openxmlformats.org/drawingml/2006/picture">
                                  <pic:pic>
                                    <pic:nvPicPr>
                                      <pic:cNvPr id="0" name="cap_125.28_FFFFFF_7_FFFFFF_bottom.png"/>
                                      <pic:cNvPicPr/>
                                    </pic:nvPicPr>
                                    <pic:blipFill>
                                      <a:blip r:embed="rId56"/>
                                      <a:stretch>
                                        <a:fillRect/>
                                      </a:stretch>
                                    </pic:blipFill>
                                    <pic:spPr>
                                      <a:xfrm>
                                        <a:off x="0" y="0"/>
                                        <a:ext cx="1590999" cy="88900"/>
                                      </a:xfrm>
                                      <a:prstGeom prst="rect"/>
                                    </pic:spPr>
                                  </pic:pic>
                                </a:graphicData>
                              </a:graphic>
                            </wp:inline>
                          </w:drawing>
                        </w:r>
                      </w:p>
                    </w:tc>
                  </w:tr>
                </w:tbl>
                <w:p>
                  <w:pPr>
                    <w:keepNext w:val="0"/>
                    <w:spacing w:before="0" w:after="0" w:line="20" w:lineRule="exact"/>
                  </w:pPr>
                  <w:r>
                    <w:rPr>
                      <w:sz w:val="2"/>
                    </w:rPr>
                  </w:r>
                </w:p>
              </w:tc>
            </w:tr>
            <w:tr>
              <w:trPr>
                <w:trHeight w:val="1020" w:hRule="atLeast"/>
              </w:trPr>
              <w:tc>
                <w:tcPr>
                  <w:tcW w:type="dxa" w:w="920"/>
                  <w:vAlign w:val="center"/>
                  <w:shd w:fill="FFFFFF"/>
                  <w:tcMar>
                    <w:top w:w="0" w:type="dxa"/>
                    <w:bottom w:w="0" w:type="dxa"/>
                    <w:left w:w="0" w:type="dxa"/>
                    <w:right w:w="0" w:type="dxa"/>
                  </w:tcMar>
                </w:tcPr>
                <w:p>
                  <w:pPr>
                    <w:keepNext w:val="0"/>
                    <w:spacing w:before="0" w:after="0" w:line="20" w:lineRule="exact"/>
                  </w:pPr>
                  <w:r>
                    <w:rPr>
                      <w:sz w:val="2"/>
                    </w:rPr>
                  </w:r>
                </w:p>
                <w:tbl>
                  <w:tblPr>
                    <w:tblW w:type="dxa" w:w="860"/>
                    <w:jc w:val="center"/>
                    <w:tblLayout w:type="fixed"/>
                    <w:tblLook w:firstColumn="1" w:firstRow="1" w:lastColumn="0" w:lastRow="0" w:noHBand="0" w:noVBand="1" w:val="04A0"/>
                    <w:tblBorders>
                      <w:top w:val="nil"/>
                      <w:left w:val="nil"/>
                      <w:bottom w:val="nil"/>
                      <w:right w:val="nil"/>
                      <w:insideH w:val="nil"/>
                      <w:insideV w:val="nil"/>
                    </w:tblBorders>
                  </w:tblPr>
                  <w:tblGrid>
                    <w:gridCol w:w="860"/>
                  </w:tblGrid>
                  <w:tr>
                    <w:tc>
                      <w:tcPr>
                        <w:tcW w:type="dxa" w:w="860"/>
                        <w:vAlign w:val="center"/>
                        <w:shd w:fill="FFFFFF"/>
                        <w:tcMar>
                          <w:top w:w="0" w:type="dxa"/>
                          <w:bottom w:w="0" w:type="dxa"/>
                          <w:left w:w="0" w:type="dxa"/>
                          <w:right w:w="0" w:type="dxa"/>
                        </w:tcMar>
                      </w:tcPr>
                      <w:p>
                        <w:pPr>
                          <w:pStyle w:val="Artwork"/>
                          <w:keepNext/>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546100" cy="88900"/>
                              <wp:docPr id="95" name="Picture 95" descr="cap 43.00 F8F7F3 7 FFFFFF top"/>
                              <wp:cNvGraphicFramePr>
                                <a:graphicFrameLocks noChangeAspect="1"/>
                              </wp:cNvGraphicFramePr>
                              <a:graphic>
                                <a:graphicData uri="http://schemas.openxmlformats.org/drawingml/2006/picture">
                                  <pic:pic>
                                    <pic:nvPicPr>
                                      <pic:cNvPr id="0" name="cap_43.00_F8F7F3_7_FFFFFF_top.png"/>
                                      <pic:cNvPicPr/>
                                    </pic:nvPicPr>
                                    <pic:blipFill>
                                      <a:blip r:embed="rId41"/>
                                      <a:stretch>
                                        <a:fillRect/>
                                      </a:stretch>
                                    </pic:blipFill>
                                    <pic:spPr>
                                      <a:xfrm>
                                        <a:off x="0" y="0"/>
                                        <a:ext cx="546100" cy="88900"/>
                                      </a:xfrm>
                                      <a:prstGeom prst="rect"/>
                                    </pic:spPr>
                                  </pic:pic>
                                </a:graphicData>
                              </a:graphic>
                            </wp:inline>
                          </w:drawing>
                        </w:r>
                      </w:p>
                    </w:tc>
                  </w:tr>
                  <w:tr>
                    <w:trPr>
                      <w:trHeight w:val="660" w:hRule="atLeast"/>
                    </w:trPr>
                    <w:tc>
                      <w:tcPr>
                        <w:tcW w:type="dxa" w:w="860"/>
                        <w:vAlign w:val="center"/>
                        <w:shd w:fill="F8F7F3"/>
                        <w:tcMar>
                          <w:top w:w="0" w:type="dxa"/>
                          <w:bottom w:w="0" w:type="dxa"/>
                          <w:left w:w="140" w:type="dxa"/>
                          <w:right w:w="140" w:type="dxa"/>
                        </w:tcMar>
                        <w:tcBorders>
                          <w:left w:val="single" w:sz="4" w:color="DED9CE"/>
                          <w:right w:val="single" w:sz="4" w:color="DED9CE"/>
                        </w:tcBorders>
                      </w:tcPr>
                      <w:p>
                        <w:pPr>
                          <w:keepNext w:val="0"/>
                          <w:spacing w:before="0" w:after="0" w:line="20" w:lineRule="exact"/>
                        </w:pPr>
                        <w:r>
                          <w:rPr>
                            <w:sz w:val="2"/>
                          </w:rPr>
                        </w:r>
                      </w:p>
                      <w:p>
                        <w:pPr>
                          <w:keepNext w:val="0"/>
                          <w:spacing w:before="0" w:after="0" w:line="298" w:lineRule="exact"/>
                        </w:pPr>
                        <w:r>
                          <w:rPr>
                            <w:rFonts w:ascii="DejaVu Sans" w:hAnsi="DejaVu Sans"/>
                            <w:b w:val="0"/>
                            <w:color w:val="192A2C"/>
                            <w:sz w:val="21"/>
                          </w:rPr>
                          <w:t>Sun</w:t>
                        </w:r>
                      </w:p>
                    </w:tc>
                  </w:tr>
                  <w:tr>
                    <w:tc>
                      <w:tcPr>
                        <w:tcW w:type="dxa" w:w="860"/>
                        <w:vAlign w:val="center"/>
                        <w:shd w:fill="FFFFFF"/>
                        <w:tcMar>
                          <w:top w:w="0" w:type="dxa"/>
                          <w:bottom w:w="0" w:type="dxa"/>
                          <w:left w:w="0" w:type="dxa"/>
                          <w:right w:w="0" w:type="dxa"/>
                        </w:tcMar>
                      </w:tcPr>
                      <w:p>
                        <w:pPr>
                          <w:pStyle w:val="Artwork"/>
                          <w:keepNext w:val="0"/>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546100" cy="88900"/>
                              <wp:docPr id="96" name="Picture 96" descr="cap 43.00 F8F7F3 7 FFFFFF bottom"/>
                              <wp:cNvGraphicFramePr>
                                <a:graphicFrameLocks noChangeAspect="1"/>
                              </wp:cNvGraphicFramePr>
                              <a:graphic>
                                <a:graphicData uri="http://schemas.openxmlformats.org/drawingml/2006/picture">
                                  <pic:pic>
                                    <pic:nvPicPr>
                                      <pic:cNvPr id="0" name="cap_43.00_F8F7F3_7_FFFFFF_bottom.png"/>
                                      <pic:cNvPicPr/>
                                    </pic:nvPicPr>
                                    <pic:blipFill>
                                      <a:blip r:embed="rId42"/>
                                      <a:stretch>
                                        <a:fillRect/>
                                      </a:stretch>
                                    </pic:blipFill>
                                    <pic:spPr>
                                      <a:xfrm>
                                        <a:off x="0" y="0"/>
                                        <a:ext cx="546100" cy="88900"/>
                                      </a:xfrm>
                                      <a:prstGeom prst="rect"/>
                                    </pic:spPr>
                                  </pic:pic>
                                </a:graphicData>
                              </a:graphic>
                            </wp:inline>
                          </w:drawing>
                        </w:r>
                      </w:p>
                    </w:tc>
                  </w:tr>
                </w:tbl>
                <w:p>
                  <w:pPr>
                    <w:keepNext w:val="0"/>
                    <w:spacing w:before="0" w:after="0" w:line="20" w:lineRule="exact"/>
                  </w:pPr>
                  <w:r>
                    <w:rPr>
                      <w:sz w:val="2"/>
                    </w:rPr>
                  </w:r>
                </w:p>
              </w:tc>
              <w:tc>
                <w:tcPr>
                  <w:tcW w:type="dxa" w:w="2800"/>
                  <w:vAlign w:val="center"/>
                  <w:shd w:fill="FFFFFF"/>
                  <w:tcMar>
                    <w:top w:w="0" w:type="dxa"/>
                    <w:bottom w:w="0" w:type="dxa"/>
                    <w:left w:w="0" w:type="dxa"/>
                    <w:right w:w="0" w:type="dxa"/>
                  </w:tcMar>
                </w:tcPr>
                <w:p>
                  <w:pPr>
                    <w:keepNext w:val="0"/>
                    <w:spacing w:before="0" w:after="0" w:line="20" w:lineRule="exact"/>
                  </w:pPr>
                  <w:r>
                    <w:rPr>
                      <w:sz w:val="2"/>
                    </w:rPr>
                  </w:r>
                </w:p>
                <w:tbl>
                  <w:tblPr>
                    <w:tblW w:type="dxa" w:w="2740"/>
                    <w:jc w:val="center"/>
                    <w:tblLayout w:type="fixed"/>
                    <w:tblLook w:firstColumn="1" w:firstRow="1" w:lastColumn="0" w:lastRow="0" w:noHBand="0" w:noVBand="1" w:val="04A0"/>
                    <w:tblBorders>
                      <w:top w:val="nil"/>
                      <w:left w:val="nil"/>
                      <w:bottom w:val="nil"/>
                      <w:right w:val="nil"/>
                      <w:insideH w:val="nil"/>
                      <w:insideV w:val="nil"/>
                    </w:tblBorders>
                  </w:tblPr>
                  <w:tblGrid>
                    <w:gridCol w:w="2740"/>
                  </w:tblGrid>
                  <w:tr>
                    <w:tc>
                      <w:tcPr>
                        <w:tcW w:type="dxa" w:w="2740"/>
                        <w:vAlign w:val="center"/>
                        <w:shd w:fill="FFFFFF"/>
                        <w:tcMar>
                          <w:top w:w="0" w:type="dxa"/>
                          <w:bottom w:w="0" w:type="dxa"/>
                          <w:left w:w="0" w:type="dxa"/>
                          <w:right w:w="0" w:type="dxa"/>
                        </w:tcMar>
                      </w:tcPr>
                      <w:p>
                        <w:pPr>
                          <w:pStyle w:val="Artwork"/>
                          <w:keepNext/>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1739900" cy="88900"/>
                              <wp:docPr id="97" name="Picture 97" descr="cap 137.00 F8F7F3 7 FFFFFF top"/>
                              <wp:cNvGraphicFramePr>
                                <a:graphicFrameLocks noChangeAspect="1"/>
                              </wp:cNvGraphicFramePr>
                              <a:graphic>
                                <a:graphicData uri="http://schemas.openxmlformats.org/drawingml/2006/picture">
                                  <pic:pic>
                                    <pic:nvPicPr>
                                      <pic:cNvPr id="0" name="cap_137.00_F8F7F3_7_FFFFFF_top.png"/>
                                      <pic:cNvPicPr/>
                                    </pic:nvPicPr>
                                    <pic:blipFill>
                                      <a:blip r:embed="rId43"/>
                                      <a:stretch>
                                        <a:fillRect/>
                                      </a:stretch>
                                    </pic:blipFill>
                                    <pic:spPr>
                                      <a:xfrm>
                                        <a:off x="0" y="0"/>
                                        <a:ext cx="1739900" cy="88900"/>
                                      </a:xfrm>
                                      <a:prstGeom prst="rect"/>
                                    </pic:spPr>
                                  </pic:pic>
                                </a:graphicData>
                              </a:graphic>
                            </wp:inline>
                          </w:drawing>
                        </w:r>
                      </w:p>
                    </w:tc>
                  </w:tr>
                  <w:tr>
                    <w:trPr>
                      <w:trHeight w:val="660" w:hRule="atLeast"/>
                    </w:trPr>
                    <w:tc>
                      <w:tcPr>
                        <w:tcW w:type="dxa" w:w="2740"/>
                        <w:vAlign w:val="center"/>
                        <w:shd w:fill="F8F7F3"/>
                        <w:tcMar>
                          <w:top w:w="0" w:type="dxa"/>
                          <w:bottom w:w="0" w:type="dxa"/>
                          <w:left w:w="140" w:type="dxa"/>
                          <w:right w:w="140" w:type="dxa"/>
                        </w:tcMar>
                        <w:tcBorders>
                          <w:left w:val="single" w:sz="4" w:color="DED9CE"/>
                          <w:right w:val="single" w:sz="4" w:color="DED9CE"/>
                        </w:tcBorders>
                      </w:tcPr>
                      <w:p>
                        <w:pPr>
                          <w:keepNext w:val="0"/>
                          <w:spacing w:before="0" w:after="0" w:line="20" w:lineRule="exact"/>
                        </w:pPr>
                        <w:r>
                          <w:rPr>
                            <w:sz w:val="2"/>
                          </w:rPr>
                        </w:r>
                      </w:p>
                      <w:p>
                        <w:pPr>
                          <w:keepNext w:val="0"/>
                          <w:spacing w:before="0" w:after="0" w:line="298" w:lineRule="exact"/>
                        </w:pPr>
                        <w:r>
                          <w:rPr>
                            <w:rFonts w:ascii="DejaVu Sans" w:hAnsi="DejaVu Sans"/>
                            <w:b w:val="0"/>
                            <w:color w:val="677779"/>
                            <w:sz w:val="21"/>
                          </w:rPr>
                          <w:t>Type here</w:t>
                        </w:r>
                      </w:p>
                    </w:tc>
                  </w:tr>
                  <w:tr>
                    <w:tc>
                      <w:tcPr>
                        <w:tcW w:type="dxa" w:w="2740"/>
                        <w:vAlign w:val="center"/>
                        <w:shd w:fill="FFFFFF"/>
                        <w:tcMar>
                          <w:top w:w="0" w:type="dxa"/>
                          <w:bottom w:w="0" w:type="dxa"/>
                          <w:left w:w="0" w:type="dxa"/>
                          <w:right w:w="0" w:type="dxa"/>
                        </w:tcMar>
                      </w:tcPr>
                      <w:p>
                        <w:pPr>
                          <w:pStyle w:val="Artwork"/>
                          <w:keepNext w:val="0"/>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1739900" cy="88900"/>
                              <wp:docPr id="98" name="Picture 98" descr="cap 137.00 F8F7F3 7 FFFFFF bottom"/>
                              <wp:cNvGraphicFramePr>
                                <a:graphicFrameLocks noChangeAspect="1"/>
                              </wp:cNvGraphicFramePr>
                              <a:graphic>
                                <a:graphicData uri="http://schemas.openxmlformats.org/drawingml/2006/picture">
                                  <pic:pic>
                                    <pic:nvPicPr>
                                      <pic:cNvPr id="0" name="cap_137.00_F8F7F3_7_FFFFFF_bottom.png"/>
                                      <pic:cNvPicPr/>
                                    </pic:nvPicPr>
                                    <pic:blipFill>
                                      <a:blip r:embed="rId44"/>
                                      <a:stretch>
                                        <a:fillRect/>
                                      </a:stretch>
                                    </pic:blipFill>
                                    <pic:spPr>
                                      <a:xfrm>
                                        <a:off x="0" y="0"/>
                                        <a:ext cx="1739900" cy="88900"/>
                                      </a:xfrm>
                                      <a:prstGeom prst="rect"/>
                                    </pic:spPr>
                                  </pic:pic>
                                </a:graphicData>
                              </a:graphic>
                            </wp:inline>
                          </w:drawing>
                        </w:r>
                      </w:p>
                    </w:tc>
                  </w:tr>
                </w:tbl>
                <w:p>
                  <w:pPr>
                    <w:keepNext w:val="0"/>
                    <w:spacing w:before="0" w:after="0" w:line="20" w:lineRule="exact"/>
                  </w:pPr>
                  <w:r>
                    <w:rPr>
                      <w:sz w:val="2"/>
                    </w:rPr>
                  </w:r>
                </w:p>
              </w:tc>
              <w:tc>
                <w:tcPr>
                  <w:tcW w:type="dxa" w:w="2900"/>
                  <w:vAlign w:val="center"/>
                  <w:shd w:fill="FFFFFF"/>
                  <w:tcMar>
                    <w:top w:w="0" w:type="dxa"/>
                    <w:bottom w:w="0" w:type="dxa"/>
                    <w:left w:w="0" w:type="dxa"/>
                    <w:right w:w="0" w:type="dxa"/>
                  </w:tcMar>
                </w:tcPr>
                <w:p>
                  <w:pPr>
                    <w:keepNext w:val="0"/>
                    <w:spacing w:before="0" w:after="0" w:line="20" w:lineRule="exact"/>
                  </w:pPr>
                  <w:r>
                    <w:rPr>
                      <w:sz w:val="2"/>
                    </w:rPr>
                  </w:r>
                </w:p>
                <w:tbl>
                  <w:tblPr>
                    <w:tblW w:type="dxa" w:w="2840"/>
                    <w:jc w:val="center"/>
                    <w:tblLayout w:type="fixed"/>
                    <w:tblLook w:firstColumn="1" w:firstRow="1" w:lastColumn="0" w:lastRow="0" w:noHBand="0" w:noVBand="1" w:val="04A0"/>
                    <w:tblBorders>
                      <w:top w:val="nil"/>
                      <w:left w:val="nil"/>
                      <w:bottom w:val="nil"/>
                      <w:right w:val="nil"/>
                      <w:insideH w:val="nil"/>
                      <w:insideV w:val="nil"/>
                    </w:tblBorders>
                  </w:tblPr>
                  <w:tblGrid>
                    <w:gridCol w:w="2840"/>
                  </w:tblGrid>
                  <w:tr>
                    <w:tc>
                      <w:tcPr>
                        <w:tcW w:type="dxa" w:w="2840"/>
                        <w:vAlign w:val="center"/>
                        <w:shd w:fill="FFFFFF"/>
                        <w:tcMar>
                          <w:top w:w="0" w:type="dxa"/>
                          <w:bottom w:w="0" w:type="dxa"/>
                          <w:left w:w="0" w:type="dxa"/>
                          <w:right w:w="0" w:type="dxa"/>
                        </w:tcMar>
                      </w:tcPr>
                      <w:p>
                        <w:pPr>
                          <w:pStyle w:val="Artwork"/>
                          <w:keepNext/>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1803400" cy="88900"/>
                              <wp:docPr id="99" name="Picture 99" descr="cap 142.00 F8F7F3 7 FFFFFF top"/>
                              <wp:cNvGraphicFramePr>
                                <a:graphicFrameLocks noChangeAspect="1"/>
                              </wp:cNvGraphicFramePr>
                              <a:graphic>
                                <a:graphicData uri="http://schemas.openxmlformats.org/drawingml/2006/picture">
                                  <pic:pic>
                                    <pic:nvPicPr>
                                      <pic:cNvPr id="0" name="cap_142.00_F8F7F3_7_FFFFFF_top.png"/>
                                      <pic:cNvPicPr/>
                                    </pic:nvPicPr>
                                    <pic:blipFill>
                                      <a:blip r:embed="rId45"/>
                                      <a:stretch>
                                        <a:fillRect/>
                                      </a:stretch>
                                    </pic:blipFill>
                                    <pic:spPr>
                                      <a:xfrm>
                                        <a:off x="0" y="0"/>
                                        <a:ext cx="1803400" cy="88900"/>
                                      </a:xfrm>
                                      <a:prstGeom prst="rect"/>
                                    </pic:spPr>
                                  </pic:pic>
                                </a:graphicData>
                              </a:graphic>
                            </wp:inline>
                          </w:drawing>
                        </w:r>
                      </w:p>
                    </w:tc>
                  </w:tr>
                  <w:tr>
                    <w:trPr>
                      <w:trHeight w:val="660" w:hRule="atLeast"/>
                    </w:trPr>
                    <w:tc>
                      <w:tcPr>
                        <w:tcW w:type="dxa" w:w="2840"/>
                        <w:vAlign w:val="center"/>
                        <w:shd w:fill="F8F7F3"/>
                        <w:tcMar>
                          <w:top w:w="0" w:type="dxa"/>
                          <w:bottom w:w="0" w:type="dxa"/>
                          <w:left w:w="140" w:type="dxa"/>
                          <w:right w:w="140" w:type="dxa"/>
                        </w:tcMar>
                        <w:tcBorders>
                          <w:left w:val="single" w:sz="4" w:color="DED9CE"/>
                          <w:right w:val="single" w:sz="4" w:color="DED9CE"/>
                        </w:tcBorders>
                      </w:tcPr>
                      <w:p>
                        <w:pPr>
                          <w:keepNext w:val="0"/>
                          <w:spacing w:before="0" w:after="0" w:line="20" w:lineRule="exact"/>
                        </w:pPr>
                        <w:r>
                          <w:rPr>
                            <w:sz w:val="2"/>
                          </w:rPr>
                        </w:r>
                      </w:p>
                      <w:p>
                        <w:pPr>
                          <w:keepNext w:val="0"/>
                          <w:spacing w:before="0" w:after="0" w:line="298" w:lineRule="exact"/>
                        </w:pPr>
                        <w:r>
                          <w:rPr>
                            <w:rFonts w:ascii="DejaVu Sans" w:hAnsi="DejaVu Sans"/>
                            <w:b w:val="0"/>
                            <w:color w:val="677779"/>
                            <w:sz w:val="21"/>
                          </w:rPr>
                          <w:t>Type here</w:t>
                        </w:r>
                      </w:p>
                    </w:tc>
                  </w:tr>
                  <w:tr>
                    <w:tc>
                      <w:tcPr>
                        <w:tcW w:type="dxa" w:w="2840"/>
                        <w:vAlign w:val="center"/>
                        <w:shd w:fill="FFFFFF"/>
                        <w:tcMar>
                          <w:top w:w="0" w:type="dxa"/>
                          <w:bottom w:w="0" w:type="dxa"/>
                          <w:left w:w="0" w:type="dxa"/>
                          <w:right w:w="0" w:type="dxa"/>
                        </w:tcMar>
                      </w:tcPr>
                      <w:p>
                        <w:pPr>
                          <w:pStyle w:val="Artwork"/>
                          <w:keepNext w:val="0"/>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1803400" cy="88900"/>
                              <wp:docPr id="100" name="Picture 100" descr="cap 142.00 F8F7F3 7 FFFFFF bottom"/>
                              <wp:cNvGraphicFramePr>
                                <a:graphicFrameLocks noChangeAspect="1"/>
                              </wp:cNvGraphicFramePr>
                              <a:graphic>
                                <a:graphicData uri="http://schemas.openxmlformats.org/drawingml/2006/picture">
                                  <pic:pic>
                                    <pic:nvPicPr>
                                      <pic:cNvPr id="0" name="cap_142.00_F8F7F3_7_FFFFFF_bottom.png"/>
                                      <pic:cNvPicPr/>
                                    </pic:nvPicPr>
                                    <pic:blipFill>
                                      <a:blip r:embed="rId46"/>
                                      <a:stretch>
                                        <a:fillRect/>
                                      </a:stretch>
                                    </pic:blipFill>
                                    <pic:spPr>
                                      <a:xfrm>
                                        <a:off x="0" y="0"/>
                                        <a:ext cx="1803400" cy="88900"/>
                                      </a:xfrm>
                                      <a:prstGeom prst="rect"/>
                                    </pic:spPr>
                                  </pic:pic>
                                </a:graphicData>
                              </a:graphic>
                            </wp:inline>
                          </w:drawing>
                        </w:r>
                      </w:p>
                    </w:tc>
                  </w:tr>
                </w:tbl>
                <w:p>
                  <w:pPr>
                    <w:keepNext w:val="0"/>
                    <w:spacing w:before="0" w:after="0" w:line="20" w:lineRule="exact"/>
                  </w:pPr>
                  <w:r>
                    <w:rPr>
                      <w:sz w:val="2"/>
                    </w:rPr>
                  </w:r>
                </w:p>
              </w:tc>
              <w:tc>
                <w:tcPr>
                  <w:tcW w:type="dxa" w:w="2566"/>
                  <w:vAlign w:val="center"/>
                  <w:shd w:fill="FFFFFF"/>
                  <w:tcMar>
                    <w:top w:w="0" w:type="dxa"/>
                    <w:bottom w:w="0" w:type="dxa"/>
                    <w:left w:w="0" w:type="dxa"/>
                    <w:right w:w="0" w:type="dxa"/>
                  </w:tcMar>
                </w:tcPr>
                <w:p>
                  <w:pPr>
                    <w:keepNext w:val="0"/>
                    <w:spacing w:before="0" w:after="0" w:line="20" w:lineRule="exact"/>
                  </w:pPr>
                  <w:r>
                    <w:rPr>
                      <w:sz w:val="2"/>
                    </w:rPr>
                  </w:r>
                </w:p>
                <w:tbl>
                  <w:tblPr>
                    <w:tblW w:type="dxa" w:w="2506"/>
                    <w:jc w:val="center"/>
                    <w:tblLayout w:type="fixed"/>
                    <w:tblLook w:firstColumn="1" w:firstRow="1" w:lastColumn="0" w:lastRow="0" w:noHBand="0" w:noVBand="1" w:val="04A0"/>
                    <w:tblBorders>
                      <w:top w:val="nil"/>
                      <w:left w:val="nil"/>
                      <w:bottom w:val="nil"/>
                      <w:right w:val="nil"/>
                      <w:insideH w:val="nil"/>
                      <w:insideV w:val="nil"/>
                    </w:tblBorders>
                  </w:tblPr>
                  <w:tblGrid>
                    <w:gridCol w:w="2506"/>
                  </w:tblGrid>
                  <w:tr>
                    <w:tc>
                      <w:tcPr>
                        <w:tcW w:type="dxa" w:w="2506"/>
                        <w:vAlign w:val="center"/>
                        <w:shd w:fill="FFFFFF"/>
                        <w:tcMar>
                          <w:top w:w="0" w:type="dxa"/>
                          <w:bottom w:w="0" w:type="dxa"/>
                          <w:left w:w="0" w:type="dxa"/>
                          <w:right w:w="0" w:type="dxa"/>
                        </w:tcMar>
                      </w:tcPr>
                      <w:p>
                        <w:pPr>
                          <w:pStyle w:val="Artwork"/>
                          <w:keepNext/>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1590999" cy="88900"/>
                              <wp:docPr id="101" name="Picture 101" descr="cap 125.28 F8F7F3 7 FFFFFF top"/>
                              <wp:cNvGraphicFramePr>
                                <a:graphicFrameLocks noChangeAspect="1"/>
                              </wp:cNvGraphicFramePr>
                              <a:graphic>
                                <a:graphicData uri="http://schemas.openxmlformats.org/drawingml/2006/picture">
                                  <pic:pic>
                                    <pic:nvPicPr>
                                      <pic:cNvPr id="0" name="cap_125.28_F8F7F3_7_FFFFFF_top.png"/>
                                      <pic:cNvPicPr/>
                                    </pic:nvPicPr>
                                    <pic:blipFill>
                                      <a:blip r:embed="rId47"/>
                                      <a:stretch>
                                        <a:fillRect/>
                                      </a:stretch>
                                    </pic:blipFill>
                                    <pic:spPr>
                                      <a:xfrm>
                                        <a:off x="0" y="0"/>
                                        <a:ext cx="1590999" cy="88900"/>
                                      </a:xfrm>
                                      <a:prstGeom prst="rect"/>
                                    </pic:spPr>
                                  </pic:pic>
                                </a:graphicData>
                              </a:graphic>
                            </wp:inline>
                          </w:drawing>
                        </w:r>
                      </w:p>
                    </w:tc>
                  </w:tr>
                  <w:tr>
                    <w:trPr>
                      <w:trHeight w:val="660" w:hRule="atLeast"/>
                    </w:trPr>
                    <w:tc>
                      <w:tcPr>
                        <w:tcW w:type="dxa" w:w="2506"/>
                        <w:vAlign w:val="center"/>
                        <w:shd w:fill="F8F7F3"/>
                        <w:tcMar>
                          <w:top w:w="0" w:type="dxa"/>
                          <w:bottom w:w="0" w:type="dxa"/>
                          <w:left w:w="140" w:type="dxa"/>
                          <w:right w:w="140" w:type="dxa"/>
                        </w:tcMar>
                        <w:tcBorders>
                          <w:left w:val="single" w:sz="4" w:color="DED9CE"/>
                          <w:right w:val="single" w:sz="4" w:color="DED9CE"/>
                        </w:tcBorders>
                      </w:tcPr>
                      <w:p>
                        <w:pPr>
                          <w:keepNext w:val="0"/>
                          <w:spacing w:before="0" w:after="0" w:line="20" w:lineRule="exact"/>
                        </w:pPr>
                        <w:r>
                          <w:rPr>
                            <w:sz w:val="2"/>
                          </w:rPr>
                        </w:r>
                      </w:p>
                      <w:p>
                        <w:pPr>
                          <w:keepNext w:val="0"/>
                          <w:spacing w:before="0" w:after="0" w:line="298" w:lineRule="exact"/>
                        </w:pPr>
                        <w:r>
                          <w:rPr>
                            <w:rFonts w:ascii="DejaVu Sans" w:hAnsi="DejaVu Sans"/>
                            <w:b w:val="0"/>
                            <w:color w:val="677779"/>
                            <w:sz w:val="21"/>
                          </w:rPr>
                          <w:t>Type here</w:t>
                        </w:r>
                      </w:p>
                    </w:tc>
                  </w:tr>
                  <w:tr>
                    <w:tc>
                      <w:tcPr>
                        <w:tcW w:type="dxa" w:w="2506"/>
                        <w:vAlign w:val="center"/>
                        <w:shd w:fill="FFFFFF"/>
                        <w:tcMar>
                          <w:top w:w="0" w:type="dxa"/>
                          <w:bottom w:w="0" w:type="dxa"/>
                          <w:left w:w="0" w:type="dxa"/>
                          <w:right w:w="0" w:type="dxa"/>
                        </w:tcMar>
                      </w:tcPr>
                      <w:p>
                        <w:pPr>
                          <w:pStyle w:val="Artwork"/>
                          <w:keepNext w:val="0"/>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1590999" cy="88900"/>
                              <wp:docPr id="102" name="Picture 102" descr="cap 125.28 F8F7F3 7 FFFFFF bottom"/>
                              <wp:cNvGraphicFramePr>
                                <a:graphicFrameLocks noChangeAspect="1"/>
                              </wp:cNvGraphicFramePr>
                              <a:graphic>
                                <a:graphicData uri="http://schemas.openxmlformats.org/drawingml/2006/picture">
                                  <pic:pic>
                                    <pic:nvPicPr>
                                      <pic:cNvPr id="0" name="cap_125.28_F8F7F3_7_FFFFFF_bottom.png"/>
                                      <pic:cNvPicPr/>
                                    </pic:nvPicPr>
                                    <pic:blipFill>
                                      <a:blip r:embed="rId48"/>
                                      <a:stretch>
                                        <a:fillRect/>
                                      </a:stretch>
                                    </pic:blipFill>
                                    <pic:spPr>
                                      <a:xfrm>
                                        <a:off x="0" y="0"/>
                                        <a:ext cx="1590999" cy="88900"/>
                                      </a:xfrm>
                                      <a:prstGeom prst="rect"/>
                                    </pic:spPr>
                                  </pic:pic>
                                </a:graphicData>
                              </a:graphic>
                            </wp:inline>
                          </w:drawing>
                        </w:r>
                      </w:p>
                    </w:tc>
                  </w:tr>
                </w:tbl>
                <w:p>
                  <w:pPr>
                    <w:keepNext w:val="0"/>
                    <w:spacing w:before="0" w:after="0" w:line="20" w:lineRule="exact"/>
                  </w:pPr>
                  <w:r>
                    <w:rPr>
                      <w:sz w:val="2"/>
                    </w:rPr>
                  </w:r>
                </w:p>
              </w:tc>
            </w:tr>
          </w:tbl>
          <w:p>
            <w:pPr>
              <w:keepNext w:val="0"/>
              <w:spacing w:before="0" w:after="0" w:line="20" w:lineRule="exact"/>
            </w:pPr>
            <w:r>
              <w:rPr>
                <w:sz w:val="2"/>
              </w:rPr>
            </w:r>
          </w:p>
        </w:tc>
      </w:tr>
      <w:tr>
        <w:tc>
          <w:tcPr>
            <w:tcW w:type="dxa" w:w="9746"/>
            <w:vAlign w:val="center"/>
            <w:shd w:fill="FFFFFF"/>
            <w:tcMar>
              <w:top w:w="0" w:type="dxa"/>
              <w:bottom w:w="0" w:type="dxa"/>
              <w:left w:w="0" w:type="dxa"/>
              <w:right w:w="0" w:type="dxa"/>
            </w:tcMar>
          </w:tcPr>
          <w:p>
            <w:pPr>
              <w:pStyle w:val="Artwork"/>
              <w:keepNext w:val="0"/>
              <w:spacing w:before="0" w:after="0" w:line="240" w:lineRule="auto"/>
              <w:ind w:left="0" w:right="0" w:firstLine="0"/>
              <w:rPr>
                <w:sz w:val="2"/>
              </w:rPr>
            </w:pPr>
            <w:r>
              <w:rPr>
                <w:sz w:val="2"/>
                <w:position w:val="0"/>
              </w:rPr>
              <w:drawing>
                <wp:inline xmlns:a="http://schemas.openxmlformats.org/drawingml/2006/main" xmlns:pic="http://schemas.openxmlformats.org/drawingml/2006/picture" distT="0" distB="0" distL="0" distR="0">
                  <wp:extent cx="6188399" cy="317500"/>
                  <wp:docPr id="103" name="Picture 103" descr="daily bottom"/>
                  <wp:cNvGraphicFramePr>
                    <a:graphicFrameLocks noChangeAspect="1"/>
                  </wp:cNvGraphicFramePr>
                  <a:graphic>
                    <a:graphicData uri="http://schemas.openxmlformats.org/drawingml/2006/picture">
                      <pic:pic>
                        <pic:nvPicPr>
                          <pic:cNvPr id="0" name="daily_bottom.png"/>
                          <pic:cNvPicPr/>
                        </pic:nvPicPr>
                        <pic:blipFill>
                          <a:blip r:embed="rId57"/>
                          <a:stretch>
                            <a:fillRect/>
                          </a:stretch>
                        </pic:blipFill>
                        <pic:spPr>
                          <a:xfrm>
                            <a:off x="0" y="0"/>
                            <a:ext cx="6188399" cy="317500"/>
                          </a:xfrm>
                          <a:prstGeom prst="rect"/>
                        </pic:spPr>
                      </pic:pic>
                    </a:graphicData>
                  </a:graphic>
                </wp:inline>
              </w:drawing>
            </w:r>
          </w:p>
        </w:tc>
      </w:tr>
    </w:tbl>
    <w:p>
      <w:pPr>
        <w:keepNext w:val="0"/>
        <w:spacing w:before="0" w:after="0" w:line="20" w:lineRule="exact"/>
      </w:pPr>
      <w:r>
        <w:rPr>
          <w:sz w:val="2"/>
        </w:rPr>
      </w:r>
    </w:p>
    <w:p>
      <w:pPr>
        <w:pStyle w:val="Artwork"/>
        <w:keepNext w:val="0"/>
        <w:spacing w:before="0" w:after="0" w:line="240" w:lineRule="auto"/>
        <w:ind w:left="-1080" w:right="-1080" w:firstLine="0"/>
        <w:rPr>
          <w:sz w:val="2"/>
        </w:rPr>
      </w:pPr>
      <w:r>
        <w:rPr>
          <w:sz w:val="2"/>
          <w:position w:val="0"/>
        </w:rPr>
        <w:drawing>
          <wp:inline xmlns:a="http://schemas.openxmlformats.org/drawingml/2006/main" xmlns:pic="http://schemas.openxmlformats.org/drawingml/2006/picture" distT="0" distB="0" distL="0" distR="0">
            <wp:extent cx="7559999" cy="2823080"/>
            <wp:docPr id="104" name="Picture 104" descr="page 17 615.60 837.89"/>
            <wp:cNvGraphicFramePr>
              <a:graphicFrameLocks noChangeAspect="1"/>
            </wp:cNvGraphicFramePr>
            <a:graphic>
              <a:graphicData uri="http://schemas.openxmlformats.org/drawingml/2006/picture">
                <pic:pic>
                  <pic:nvPicPr>
                    <pic:cNvPr id="0" name="page_17_615.60_837.89.png"/>
                    <pic:cNvPicPr/>
                  </pic:nvPicPr>
                  <pic:blipFill>
                    <a:blip r:embed="rId58"/>
                    <a:stretch>
                      <a:fillRect/>
                    </a:stretch>
                  </pic:blipFill>
                  <pic:spPr>
                    <a:xfrm>
                      <a:off x="0" y="0"/>
                      <a:ext cx="7559999" cy="2823080"/>
                    </a:xfrm>
                    <a:prstGeom prst="rect"/>
                  </pic:spPr>
                </pic:pic>
              </a:graphicData>
            </a:graphic>
          </wp:inline>
        </w:drawing>
      </w:r>
    </w:p>
    <w:p>
      <w:pPr>
        <w:keepNext w:val="0"/>
        <w:spacing w:before="0" w:after="0" w:line="20" w:lineRule="exact"/>
        <w:sectPr>
          <w:pgSz w:w="11906" w:h="16838"/>
          <w:pgMar w:top="0" w:right="1080" w:bottom="0" w:left="1080" w:header="0" w:footer="0" w:gutter="0"/>
          <w:cols w:space="720"/>
          <w:docGrid w:linePitch="360"/>
        </w:sectPr>
      </w:pPr>
      <w:r>
        <w:rPr>
          <w:sz w:val="2"/>
        </w:rPr>
      </w:r>
    </w:p>
    <w:p>
      <w:pPr>
        <w:pStyle w:val="Artwork"/>
        <w:keepNext w:val="0"/>
        <w:spacing w:before="0" w:after="0" w:line="240" w:lineRule="auto"/>
        <w:ind w:left="-1080" w:right="-1080" w:firstLine="0"/>
        <w:rPr>
          <w:sz w:val="2"/>
        </w:rPr>
      </w:pPr>
      <w:r>
        <w:rPr>
          <w:sz w:val="2"/>
          <w:position w:val="0"/>
        </w:rPr>
        <w:drawing>
          <wp:inline xmlns:a="http://schemas.openxmlformats.org/drawingml/2006/main" xmlns:pic="http://schemas.openxmlformats.org/drawingml/2006/picture" distT="0" distB="0" distL="0" distR="0">
            <wp:extent cx="7559999" cy="10641200"/>
            <wp:docPr id="105" name="Picture 105" descr="reference 18"/>
            <wp:cNvGraphicFramePr>
              <a:graphicFrameLocks noChangeAspect="1"/>
            </wp:cNvGraphicFramePr>
            <a:graphic>
              <a:graphicData uri="http://schemas.openxmlformats.org/drawingml/2006/picture">
                <pic:pic>
                  <pic:nvPicPr>
                    <pic:cNvPr id="0" name="reference_18.png"/>
                    <pic:cNvPicPr/>
                  </pic:nvPicPr>
                  <pic:blipFill>
                    <a:blip r:embed="rId59"/>
                    <a:stretch>
                      <a:fillRect/>
                    </a:stretch>
                  </pic:blipFill>
                  <pic:spPr>
                    <a:xfrm>
                      <a:off x="0" y="0"/>
                      <a:ext cx="7559999" cy="10641200"/>
                    </a:xfrm>
                    <a:prstGeom prst="rect"/>
                  </pic:spPr>
                </pic:pic>
              </a:graphicData>
            </a:graphic>
          </wp:inline>
        </w:drawing>
      </w:r>
    </w:p>
    <w:p>
      <w:pPr>
        <w:keepNext w:val="0"/>
        <w:keepLines w:val="0"/>
        <w:spacing w:line="20" w:lineRule="exact" w:before="0" w:after="0"/>
        <w:sectPr>
          <w:pgSz w:w="11906" w:h="16838"/>
          <w:pgMar w:top="0" w:right="1080" w:bottom="0" w:left="1080" w:header="0" w:footer="0" w:gutter="0"/>
          <w:cols w:space="720"/>
          <w:docGrid w:linePitch="360"/>
        </w:sectPr>
      </w:pPr>
    </w:p>
    <w:p>
      <w:pPr>
        <w:keepNext w:val="0"/>
        <w:keepLines w:val="0"/>
        <w:spacing w:line="10700" w:lineRule="exact" w:before="0" w:after="0"/>
      </w:pPr>
    </w:p>
    <w:p>
      <w:pPr>
        <w:keepNext w:val="0"/>
        <w:keepLines w:val="0"/>
        <w:spacing w:line="360" w:lineRule="exact" w:before="0" w:after="0"/>
        <w:jc w:val="center"/>
      </w:pPr>
      <w:hyperlink r:id="rId62">
        <w:r>
          <w:rPr>
            <w:rFonts w:ascii="DejaVu Sans" w:hAnsi="DejaVu Sans"/>
            <w:sz w:val="24"/>
            <w:color w:val="FFFFFF"/>
            <w:b/>
          </w:rPr>
          <w:t>Book a free 30-minute clarity call</w:t>
        </w:r>
      </w:hyperlink>
    </w:p>
    <w:p>
      <w:pPr>
        <w:keepNext w:val="0"/>
        <w:keepLines w:val="0"/>
        <w:spacing w:line="560" w:lineRule="exact" w:before="0" w:after="0"/>
      </w:pPr>
    </w:p>
    <w:p>
      <w:pPr>
        <w:keepNext w:val="0"/>
        <w:keepLines w:val="0"/>
        <w:spacing w:line="360" w:lineRule="exact" w:before="0" w:after="0"/>
        <w:jc w:val="center"/>
      </w:pPr>
      <w:hyperlink r:id="rId62">
        <w:r>
          <w:rPr>
            <w:rFonts w:ascii="DejaVu Sans" w:hAnsi="DejaVu Sans"/>
            <w:sz w:val="18"/>
            <w:color w:val="0F6F74"/>
          </w:rPr>
          <w:t>calendly.com/thesobertruthcoach/freeclaritycall</w:t>
        </w:r>
      </w:hyperlink>
    </w:p>
    <w:p>
      <w:pPr>
        <w:keepNext w:val="0"/>
        <w:keepLines w:val="0"/>
        <w:spacing w:line="840" w:lineRule="exact" w:before="0" w:after="0"/>
      </w:pPr>
    </w:p>
    <w:p>
      <w:pPr>
        <w:keepNext w:val="0"/>
        <w:keepLines w:val="0"/>
        <w:spacing w:line="360" w:lineRule="exact" w:before="0" w:after="0"/>
        <w:jc w:val="center"/>
      </w:pPr>
      <w:hyperlink r:id="rId63">
        <w:r>
          <w:rPr>
            <w:rFonts w:ascii="DejaVu Sans" w:hAnsi="DejaVu Sans"/>
            <w:sz w:val="24"/>
            <w:color w:val="0F6F74"/>
            <w:b/>
          </w:rPr>
          <w:t>thesobertruthcoach.com</w:t>
        </w:r>
      </w:hyperlink>
    </w:p>
    <w:p>
      <w:pPr>
        <w:keepNext w:val="0"/>
        <w:keepLines w:val="0"/>
        <w:spacing w:line="220" w:lineRule="exact" w:before="0" w:after="0"/>
      </w:pPr>
    </w:p>
    <w:p>
      <w:pPr>
        <w:keepNext w:val="0"/>
        <w:keepLines w:val="0"/>
        <w:spacing w:line="360" w:lineRule="exact" w:before="0" w:after="0"/>
        <w:jc w:val="center"/>
      </w:pPr>
      <w:hyperlink r:id="rId64">
        <w:r>
          <w:rPr>
            <w:rFonts w:ascii="DejaVu Sans" w:hAnsi="DejaVu Sans"/>
            <w:sz w:val="23"/>
            <w:color w:val="0F6F74"/>
          </w:rPr>
          <w:t>daniel@thesobertruthcoach.com</w:t>
        </w:r>
      </w:hyperlink>
    </w:p>
    <w:sectPr w:rsidR="00FC693F" w:rsidRPr="0006063C" w:rsidSect="00034616">
      <w:headerReference w:type="default" r:id="rId60"/>
      <w:footerReference w:type="default" r:id="rId61"/>
      <w:pgSz w:w="11906" w:h="16838"/>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keepNext w:val="0"/>
      <w:keepLines w:val="0"/>
      <w:spacing w:line="20" w:lineRule="exact" w:before="0" w:after="0"/>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keepNext w:val="0"/>
      <w:keepLines w:val="0"/>
      <w:spacing w:line="20" w:lineRule="exact" w:before="0" w:after="0"/>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7560000" cy="10692000"/>
          <wp:wrapNone/>
          <wp:docPr id="1" name="Picture 1" descr="Coaching and mentoring invitation. A free 30-minute clarity call to discuss your goals and whether optional paid coaching and mentoring is right for you. No obligation. Agree the focus, cost and support before committing. Daniel Matthews, The Sober Truth Coach."/>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window_cta_background.png"/>
                  <pic:cNvPicPr/>
                </pic:nvPicPr>
                <pic:blipFill>
                  <a:blip r:embed="rId1"/>
                  <a:stretch>
                    <a:fillRect/>
                  </a:stretch>
                </pic:blipFill>
                <pic:spPr>
                  <a:xfrm>
                    <a:off x="0" y="0"/>
                    <a:ext cx="7560000" cy="10692000"/>
                  </a:xfrm>
                  <a:prstGeom prst="rect"/>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line="240" w:lineRule="auto"/>
    </w:pPr>
    <w:rPr>
      <w:rFonts w:ascii="DejaVu Sans" w:hAnsi="DejaVu Sans"/>
      <w:color w:val="192A2C"/>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work">
    <w:name w:val="Artwork"/>
    <w:basedOn w:val="Normal"/>
    <w:rPr>
      <w:sz w:val="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png"/><Relationship Id="rId49" Type="http://schemas.openxmlformats.org/officeDocument/2006/relationships/image" Target="media/image41.png"/><Relationship Id="rId50" Type="http://schemas.openxmlformats.org/officeDocument/2006/relationships/image" Target="media/image42.png"/><Relationship Id="rId51" Type="http://schemas.openxmlformats.org/officeDocument/2006/relationships/image" Target="media/image43.png"/><Relationship Id="rId52" Type="http://schemas.openxmlformats.org/officeDocument/2006/relationships/image" Target="media/image44.png"/><Relationship Id="rId53" Type="http://schemas.openxmlformats.org/officeDocument/2006/relationships/image" Target="media/image45.png"/><Relationship Id="rId54" Type="http://schemas.openxmlformats.org/officeDocument/2006/relationships/image" Target="media/image46.png"/><Relationship Id="rId55" Type="http://schemas.openxmlformats.org/officeDocument/2006/relationships/image" Target="media/image47.png"/><Relationship Id="rId56" Type="http://schemas.openxmlformats.org/officeDocument/2006/relationships/image" Target="media/image48.png"/><Relationship Id="rId57" Type="http://schemas.openxmlformats.org/officeDocument/2006/relationships/image" Target="media/image49.png"/><Relationship Id="rId58" Type="http://schemas.openxmlformats.org/officeDocument/2006/relationships/image" Target="media/image50.png"/><Relationship Id="rId59" Type="http://schemas.openxmlformats.org/officeDocument/2006/relationships/image" Target="media/image51.png"/><Relationship Id="rId60" Type="http://schemas.openxmlformats.org/officeDocument/2006/relationships/header" Target="header1.xml"/><Relationship Id="rId61" Type="http://schemas.openxmlformats.org/officeDocument/2006/relationships/footer" Target="footer1.xml"/><Relationship Id="rId62" Type="http://schemas.openxmlformats.org/officeDocument/2006/relationships/hyperlink" Target="https://calendly.com/thesobertruthcoach/freeclaritycall" TargetMode="External"/><Relationship Id="rId63" Type="http://schemas.openxmlformats.org/officeDocument/2006/relationships/hyperlink" Target="https://thesobertruthcoach.com/" TargetMode="External"/><Relationship Id="rId64" Type="http://schemas.openxmlformats.org/officeDocument/2006/relationships/hyperlink" Target="mailto:daniel@thesobertruthcoach.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Window of Tolerance Recovery Guide</dc:title>
  <dc:subject>Colour reference guide with editable client response areas</dc:subject>
  <dc:creator>The Sober Truth Coach</dc:creator>
  <cp:keywords/>
  <dc:description>Updated with an optional free clarity call and paid coaching and mentoring invitation.</dc:description>
  <cp:lastModifiedBy/>
  <cp:revision>1</cp:revision>
  <dcterms:created xsi:type="dcterms:W3CDTF">2013-12-23T23:15:00Z</dcterms:created>
  <dcterms:modified xsi:type="dcterms:W3CDTF">2013-12-23T23:15:00Z</dcterms:modified>
  <cp:category/>
</cp:coreProperties>
</file>